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FrameNotes Video Notes</w:t>
      </w:r>
    </w:p>
    <w:p>
      <w:r>
        <w:t>FrameNotes generated this readable video note. Each fragment includes a time range, key image, and matched transcript.</w:t>
      </w:r>
    </w:p>
    <w:p>
      <w:pPr>
        <w:pStyle w:val="Heading2"/>
      </w:pPr>
      <w:r>
        <w:t>Fragment 1</w:t>
      </w:r>
    </w:p>
    <w:p>
      <w:r>
        <w:t>Time range: 00:00 - 00:06</w:t>
      </w:r>
    </w:p>
    <w:p>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slide_001.jpg"/>
                    <pic:cNvPicPr/>
                  </pic:nvPicPr>
                  <pic:blipFill>
                    <a:blip r:embed="rId9"/>
                    <a:stretch>
                      <a:fillRect/>
                    </a:stretch>
                  </pic:blipFill>
                  <pic:spPr>
                    <a:xfrm>
                      <a:off x="0" y="0"/>
                      <a:ext cx="5669280" cy="3188970"/>
                    </a:xfrm>
                    <a:prstGeom prst="rect"/>
                  </pic:spPr>
                </pic:pic>
              </a:graphicData>
            </a:graphic>
          </wp:inline>
        </w:drawing>
      </w:r>
    </w:p>
    <w:p>
      <w:r>
        <w:t>Matched transcript</w:t>
      </w:r>
    </w:p>
    <w:p>
      <w:r>
        <w:t>No. No, the rest would have got to be Mr. Bright, but he is certainly Mr. Seuss. The blue chase will meet with that star Jim Clancy for a couple of weeks.</w:t>
      </w:r>
    </w:p>
    <w:p>
      <w:pPr>
        <w:pStyle w:val="Heading2"/>
      </w:pPr>
      <w:r>
        <w:t>Fragment 2</w:t>
      </w:r>
    </w:p>
    <w:p>
      <w:r>
        <w:t>Time range: 00:06 - 00:12</w:t>
      </w:r>
    </w:p>
    <w:p>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slide_002.jpg"/>
                    <pic:cNvPicPr/>
                  </pic:nvPicPr>
                  <pic:blipFill>
                    <a:blip r:embed="rId10"/>
                    <a:stretch>
                      <a:fillRect/>
                    </a:stretch>
                  </pic:blipFill>
                  <pic:spPr>
                    <a:xfrm>
                      <a:off x="0" y="0"/>
                      <a:ext cx="5669280" cy="3188970"/>
                    </a:xfrm>
                    <a:prstGeom prst="rect"/>
                  </pic:spPr>
                </pic:pic>
              </a:graphicData>
            </a:graphic>
          </wp:inline>
        </w:drawing>
      </w:r>
    </w:p>
    <w:p>
      <w:r>
        <w:t>Matched transcript</w:t>
      </w:r>
    </w:p>
    <w:p>
      <w:r>
        <w:t>The blue chase will meet with that star Jim Clancy for a couple of weeks. Earth. Our home planet.</w:t>
      </w:r>
    </w:p>
    <w:p>
      <w:pPr>
        <w:pStyle w:val="Heading2"/>
      </w:pPr>
      <w:r>
        <w:t>Fragment 3</w:t>
      </w:r>
    </w:p>
    <w:p>
      <w:r>
        <w:t>Time range: 00:12 - 00:18</w:t>
      </w:r>
    </w:p>
    <w:p>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slide_003.jpg"/>
                    <pic:cNvPicPr/>
                  </pic:nvPicPr>
                  <pic:blipFill>
                    <a:blip r:embed="rId11"/>
                    <a:stretch>
                      <a:fillRect/>
                    </a:stretch>
                  </pic:blipFill>
                  <pic:spPr>
                    <a:xfrm>
                      <a:off x="0" y="0"/>
                      <a:ext cx="5669280" cy="3188970"/>
                    </a:xfrm>
                    <a:prstGeom prst="rect"/>
                  </pic:spPr>
                </pic:pic>
              </a:graphicData>
            </a:graphic>
          </wp:inline>
        </w:drawing>
      </w:r>
    </w:p>
    <w:p>
      <w:r>
        <w:t>Matched transcript</w:t>
      </w:r>
    </w:p>
    <w:p>
      <w:r>
        <w:t>A tiny blue dot floating in the immense cosmic ocean. Here resides everyone you ever knew.</w:t>
      </w:r>
    </w:p>
    <w:p>
      <w:pPr>
        <w:pStyle w:val="Heading2"/>
      </w:pPr>
      <w:r>
        <w:t>Fragment 4</w:t>
      </w:r>
    </w:p>
    <w:p>
      <w:r>
        <w:t>Time range: 00:18 - 00:21</w:t>
      </w:r>
    </w:p>
    <w:p>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slide_004.jpg"/>
                    <pic:cNvPicPr/>
                  </pic:nvPicPr>
                  <pic:blipFill>
                    <a:blip r:embed="rId12"/>
                    <a:stretch>
                      <a:fillRect/>
                    </a:stretch>
                  </pic:blipFill>
                  <pic:spPr>
                    <a:xfrm>
                      <a:off x="0" y="0"/>
                      <a:ext cx="5669280" cy="3188970"/>
                    </a:xfrm>
                    <a:prstGeom prst="rect"/>
                  </pic:spPr>
                </pic:pic>
              </a:graphicData>
            </a:graphic>
          </wp:inline>
        </w:drawing>
      </w:r>
    </w:p>
    <w:p>
      <w:r>
        <w:t>Matched transcript</w:t>
      </w:r>
    </w:p>
    <w:p>
      <w:r>
        <w:t>Here resides everyone you ever knew. Every human who ever lived. Every story that was ever told.</w:t>
      </w:r>
    </w:p>
    <w:p>
      <w:pPr>
        <w:pStyle w:val="Heading2"/>
      </w:pPr>
      <w:r>
        <w:t>Fragment 5</w:t>
      </w:r>
    </w:p>
    <w:p>
      <w:r>
        <w:t>Time range: 00:21 - 00:27</w:t>
      </w:r>
    </w:p>
    <w:p>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slide_005.jpg"/>
                    <pic:cNvPicPr/>
                  </pic:nvPicPr>
                  <pic:blipFill>
                    <a:blip r:embed="rId13"/>
                    <a:stretch>
                      <a:fillRect/>
                    </a:stretch>
                  </pic:blipFill>
                  <pic:spPr>
                    <a:xfrm>
                      <a:off x="0" y="0"/>
                      <a:ext cx="5669280" cy="3188970"/>
                    </a:xfrm>
                    <a:prstGeom prst="rect"/>
                  </pic:spPr>
                </pic:pic>
              </a:graphicData>
            </a:graphic>
          </wp:inline>
        </w:drawing>
      </w:r>
    </w:p>
    <w:p>
      <w:r>
        <w:t>Matched transcript</w:t>
      </w:r>
    </w:p>
    <w:p>
      <w:r>
        <w:t>Every story that was ever told. It's where our journey begins. But as we zoom out, beyond our atmosphere,</w:t>
      </w:r>
    </w:p>
    <w:p>
      <w:pPr>
        <w:pStyle w:val="Heading2"/>
      </w:pPr>
      <w:r>
        <w:t>Fragment 6</w:t>
      </w:r>
    </w:p>
    <w:p>
      <w:r>
        <w:t>Time range: 00:27 - 00:33</w:t>
      </w:r>
    </w:p>
    <w:p>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slide_006.jpg"/>
                    <pic:cNvPicPr/>
                  </pic:nvPicPr>
                  <pic:blipFill>
                    <a:blip r:embed="rId14"/>
                    <a:stretch>
                      <a:fillRect/>
                    </a:stretch>
                  </pic:blipFill>
                  <pic:spPr>
                    <a:xfrm>
                      <a:off x="0" y="0"/>
                      <a:ext cx="5669280" cy="3188970"/>
                    </a:xfrm>
                    <a:prstGeom prst="rect"/>
                  </pic:spPr>
                </pic:pic>
              </a:graphicData>
            </a:graphic>
          </wp:inline>
        </w:drawing>
      </w:r>
    </w:p>
    <w:p>
      <w:r>
        <w:t>Matched transcript</w:t>
      </w:r>
    </w:p>
    <w:p>
      <w:r>
        <w:t>But as we zoom out, beyond our atmosphere, past the moon, beyond the familiar planets and the sun, we embark on an epic quest, a</w:t>
      </w:r>
    </w:p>
    <w:p>
      <w:pPr>
        <w:pStyle w:val="Heading2"/>
      </w:pPr>
      <w:r>
        <w:t>Fragment 7</w:t>
      </w:r>
    </w:p>
    <w:p>
      <w:r>
        <w:t>Time range: 00:33 - 00:39</w:t>
      </w:r>
    </w:p>
    <w:p>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slide_007.jpg"/>
                    <pic:cNvPicPr/>
                  </pic:nvPicPr>
                  <pic:blipFill>
                    <a:blip r:embed="rId15"/>
                    <a:stretch>
                      <a:fillRect/>
                    </a:stretch>
                  </pic:blipFill>
                  <pic:spPr>
                    <a:xfrm>
                      <a:off x="0" y="0"/>
                      <a:ext cx="5669280" cy="3188970"/>
                    </a:xfrm>
                    <a:prstGeom prst="rect"/>
                  </pic:spPr>
                </pic:pic>
              </a:graphicData>
            </a:graphic>
          </wp:inline>
        </w:drawing>
      </w:r>
    </w:p>
    <w:p>
      <w:r>
        <w:t>Matched transcript</w:t>
      </w:r>
    </w:p>
    <w:p>
      <w:r>
        <w:t>past the moon, beyond the familiar planets and the sun, we embark on an epic quest, a quest to grasp the true scale of our universe. As we leave Earth's embrace, the first marker</w:t>
      </w:r>
    </w:p>
    <w:p>
      <w:pPr>
        <w:pStyle w:val="Heading2"/>
      </w:pPr>
      <w:r>
        <w:t>Fragment 8</w:t>
      </w:r>
    </w:p>
    <w:p>
      <w:r>
        <w:t>Time range: 00:39 - 00:45</w:t>
      </w:r>
    </w:p>
    <w:p>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slide_008.jpg"/>
                    <pic:cNvPicPr/>
                  </pic:nvPicPr>
                  <pic:blipFill>
                    <a:blip r:embed="rId16"/>
                    <a:stretch>
                      <a:fillRect/>
                    </a:stretch>
                  </pic:blipFill>
                  <pic:spPr>
                    <a:xfrm>
                      <a:off x="0" y="0"/>
                      <a:ext cx="5669280" cy="3188970"/>
                    </a:xfrm>
                    <a:prstGeom prst="rect"/>
                  </pic:spPr>
                </pic:pic>
              </a:graphicData>
            </a:graphic>
          </wp:inline>
        </w:drawing>
      </w:r>
    </w:p>
    <w:p>
      <w:r>
        <w:t>Matched transcript</w:t>
      </w:r>
    </w:p>
    <w:p>
      <w:r>
        <w:t>quest to grasp the true scale of our universe. As we leave Earth's embrace, the first marker on our cosmic journey is the moon, about 384,400 kilometers away, a distance so vast that if</w:t>
      </w:r>
    </w:p>
    <w:p>
      <w:pPr>
        <w:pStyle w:val="Heading2"/>
      </w:pPr>
      <w:r>
        <w:t>Fragment 9</w:t>
      </w:r>
    </w:p>
    <w:p>
      <w:r>
        <w:t>Time range: 00:45 - 00:51</w:t>
      </w:r>
    </w:p>
    <w:p>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slide_009.jpg"/>
                    <pic:cNvPicPr/>
                  </pic:nvPicPr>
                  <pic:blipFill>
                    <a:blip r:embed="rId17"/>
                    <a:stretch>
                      <a:fillRect/>
                    </a:stretch>
                  </pic:blipFill>
                  <pic:spPr>
                    <a:xfrm>
                      <a:off x="0" y="0"/>
                      <a:ext cx="5669280" cy="3188970"/>
                    </a:xfrm>
                    <a:prstGeom prst="rect"/>
                  </pic:spPr>
                </pic:pic>
              </a:graphicData>
            </a:graphic>
          </wp:inline>
        </w:drawing>
      </w:r>
    </w:p>
    <w:p>
      <w:r>
        <w:t>Matched transcript</w:t>
      </w:r>
    </w:p>
    <w:p>
      <w:r>
        <w:t>on our cosmic journey is the moon, about 384,400 kilometers away, a distance so vast that if you were to drive a car at a constant speed of 100 kilometers per hour, it would take</w:t>
      </w:r>
    </w:p>
    <w:p>
      <w:pPr>
        <w:pStyle w:val="Heading2"/>
      </w:pPr>
      <w:r>
        <w:t>Fragment 10</w:t>
      </w:r>
    </w:p>
    <w:p>
      <w:r>
        <w:t>Time range: 00:51 - 00:56</w:t>
      </w:r>
    </w:p>
    <w:p>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slide_010.jpg"/>
                    <pic:cNvPicPr/>
                  </pic:nvPicPr>
                  <pic:blipFill>
                    <a:blip r:embed="rId18"/>
                    <a:stretch>
                      <a:fillRect/>
                    </a:stretch>
                  </pic:blipFill>
                  <pic:spPr>
                    <a:xfrm>
                      <a:off x="0" y="0"/>
                      <a:ext cx="5669280" cy="3188970"/>
                    </a:xfrm>
                    <a:prstGeom prst="rect"/>
                  </pic:spPr>
                </pic:pic>
              </a:graphicData>
            </a:graphic>
          </wp:inline>
        </w:drawing>
      </w:r>
    </w:p>
    <w:p>
      <w:r>
        <w:t>Matched transcript</w:t>
      </w:r>
    </w:p>
    <w:p>
      <w:r>
        <w:t>you were to drive a car at a constant speed of 100 kilometers per hour, it would take you over 160 days to reach it. And from this lunar vantage point, Earth appears as a fragile</w:t>
      </w:r>
    </w:p>
    <w:p>
      <w:pPr>
        <w:pStyle w:val="Heading2"/>
      </w:pPr>
      <w:r>
        <w:t>Fragment 11</w:t>
      </w:r>
    </w:p>
    <w:p>
      <w:r>
        <w:t>Time range: 00:56 - 01:02</w:t>
      </w:r>
    </w:p>
    <w:p>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slide_011.jpg"/>
                    <pic:cNvPicPr/>
                  </pic:nvPicPr>
                  <pic:blipFill>
                    <a:blip r:embed="rId19"/>
                    <a:stretch>
                      <a:fillRect/>
                    </a:stretch>
                  </pic:blipFill>
                  <pic:spPr>
                    <a:xfrm>
                      <a:off x="0" y="0"/>
                      <a:ext cx="5669280" cy="3188970"/>
                    </a:xfrm>
                    <a:prstGeom prst="rect"/>
                  </pic:spPr>
                </pic:pic>
              </a:graphicData>
            </a:graphic>
          </wp:inline>
        </w:drawing>
      </w:r>
    </w:p>
    <w:p>
      <w:r>
        <w:t>Matched transcript</w:t>
      </w:r>
    </w:p>
    <w:p>
      <w:r>
        <w:t>you over 160 days to reach it. And from this lunar vantage point, Earth appears as a fragile sphere of blues and greens, cradled in the black void of space, a sight that puts our existence</w:t>
      </w:r>
    </w:p>
    <w:p>
      <w:pPr>
        <w:pStyle w:val="Heading2"/>
      </w:pPr>
      <w:r>
        <w:t>Fragment 12</w:t>
      </w:r>
    </w:p>
    <w:p>
      <w:r>
        <w:t>Time range: 01:02 - 01:08</w:t>
      </w:r>
    </w:p>
    <w:p>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slide_012.jpg"/>
                    <pic:cNvPicPr/>
                  </pic:nvPicPr>
                  <pic:blipFill>
                    <a:blip r:embed="rId20"/>
                    <a:stretch>
                      <a:fillRect/>
                    </a:stretch>
                  </pic:blipFill>
                  <pic:spPr>
                    <a:xfrm>
                      <a:off x="0" y="0"/>
                      <a:ext cx="5669280" cy="3188970"/>
                    </a:xfrm>
                    <a:prstGeom prst="rect"/>
                  </pic:spPr>
                </pic:pic>
              </a:graphicData>
            </a:graphic>
          </wp:inline>
        </w:drawing>
      </w:r>
    </w:p>
    <w:p>
      <w:r>
        <w:t>Matched transcript</w:t>
      </w:r>
    </w:p>
    <w:p>
      <w:r>
        <w:t>sphere of blues and greens, cradled in the black void of space, a sight that puts our existence into a humbling perspective. This is Earth as seen from the moon.</w:t>
      </w:r>
    </w:p>
    <w:p>
      <w:pPr>
        <w:pStyle w:val="Heading2"/>
      </w:pPr>
      <w:r>
        <w:t>Fragment 13</w:t>
      </w:r>
    </w:p>
    <w:p>
      <w:r>
        <w:t>Time range: 01:08 - 01:14</w:t>
      </w:r>
    </w:p>
    <w:p>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slide_013.jpg"/>
                    <pic:cNvPicPr/>
                  </pic:nvPicPr>
                  <pic:blipFill>
                    <a:blip r:embed="rId21"/>
                    <a:stretch>
                      <a:fillRect/>
                    </a:stretch>
                  </pic:blipFill>
                  <pic:spPr>
                    <a:xfrm>
                      <a:off x="0" y="0"/>
                      <a:ext cx="5669280" cy="3188970"/>
                    </a:xfrm>
                    <a:prstGeom prst="rect"/>
                  </pic:spPr>
                </pic:pic>
              </a:graphicData>
            </a:graphic>
          </wp:inline>
        </w:drawing>
      </w:r>
    </w:p>
    <w:p>
      <w:r>
        <w:t>Matched transcript</w:t>
      </w:r>
    </w:p>
    <w:p>
      <w:r>
        <w:t>into a humbling perspective. This is Earth as seen from the moon. As we continue our outward journey, the next milestone is the sun, lying approximately one</w:t>
      </w:r>
    </w:p>
    <w:p>
      <w:pPr>
        <w:pStyle w:val="Heading2"/>
      </w:pPr>
      <w:r>
        <w:t>Fragment 14</w:t>
      </w:r>
    </w:p>
    <w:p>
      <w:r>
        <w:t>Time range: 01:14 - 01:20</w:t>
      </w:r>
    </w:p>
    <w:p>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slide_014.jpg"/>
                    <pic:cNvPicPr/>
                  </pic:nvPicPr>
                  <pic:blipFill>
                    <a:blip r:embed="rId22"/>
                    <a:stretch>
                      <a:fillRect/>
                    </a:stretch>
                  </pic:blipFill>
                  <pic:spPr>
                    <a:xfrm>
                      <a:off x="0" y="0"/>
                      <a:ext cx="5669280" cy="3188970"/>
                    </a:xfrm>
                    <a:prstGeom prst="rect"/>
                  </pic:spPr>
                </pic:pic>
              </a:graphicData>
            </a:graphic>
          </wp:inline>
        </w:drawing>
      </w:r>
    </w:p>
    <w:p>
      <w:r>
        <w:t>Matched transcript</w:t>
      </w:r>
    </w:p>
    <w:p>
      <w:r>
        <w:t>As we continue our outward journey, the next milestone is the sun, lying approximately one astronomical unit away from Earth. This unit, equivalent to about 150 million kilometers,</w:t>
      </w:r>
    </w:p>
    <w:p>
      <w:pPr>
        <w:pStyle w:val="Heading2"/>
      </w:pPr>
      <w:r>
        <w:t>Fragment 15</w:t>
      </w:r>
    </w:p>
    <w:p>
      <w:r>
        <w:t>Time range: 01:20 - 01:24</w:t>
      </w:r>
    </w:p>
    <w:p>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slide_015.jpg"/>
                    <pic:cNvPicPr/>
                  </pic:nvPicPr>
                  <pic:blipFill>
                    <a:blip r:embed="rId23"/>
                    <a:stretch>
                      <a:fillRect/>
                    </a:stretch>
                  </pic:blipFill>
                  <pic:spPr>
                    <a:xfrm>
                      <a:off x="0" y="0"/>
                      <a:ext cx="5669280" cy="3188970"/>
                    </a:xfrm>
                    <a:prstGeom prst="rect"/>
                  </pic:spPr>
                </pic:pic>
              </a:graphicData>
            </a:graphic>
          </wp:inline>
        </w:drawing>
      </w:r>
    </w:p>
    <w:p>
      <w:r>
        <w:t>Matched transcript</w:t>
      </w:r>
    </w:p>
    <w:p>
      <w:r>
        <w:t>astronomical unit away from Earth. This unit, equivalent to about 150 million kilometers,</w:t>
      </w:r>
    </w:p>
    <w:p>
      <w:pPr>
        <w:pStyle w:val="Heading2"/>
      </w:pPr>
      <w:r>
        <w:t>Fragment 16</w:t>
      </w:r>
    </w:p>
    <w:p>
      <w:r>
        <w:t>Time range: 01:24 - 01:29</w:t>
      </w:r>
    </w:p>
    <w:p>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slide_016.jpg"/>
                    <pic:cNvPicPr/>
                  </pic:nvPicPr>
                  <pic:blipFill>
                    <a:blip r:embed="rId24"/>
                    <a:stretch>
                      <a:fillRect/>
                    </a:stretch>
                  </pic:blipFill>
                  <pic:spPr>
                    <a:xfrm>
                      <a:off x="0" y="0"/>
                      <a:ext cx="5669280" cy="3188970"/>
                    </a:xfrm>
                    <a:prstGeom prst="rect"/>
                  </pic:spPr>
                </pic:pic>
              </a:graphicData>
            </a:graphic>
          </wp:inline>
        </w:drawing>
      </w:r>
    </w:p>
    <w:p>
      <w:r>
        <w:t>Matched transcript</w:t>
      </w:r>
    </w:p>
    <w:p>
      <w:r>
        <w:t>astronomical unit away from Earth. This unit, equivalent to about 150 million kilometers, is the standard measuring stick for distances in our solar system. Imagine this. Light,</w:t>
      </w:r>
    </w:p>
    <w:p>
      <w:pPr>
        <w:pStyle w:val="Heading2"/>
      </w:pPr>
      <w:r>
        <w:t>Fragment 17</w:t>
      </w:r>
    </w:p>
    <w:p>
      <w:r>
        <w:t>Time range: 01:29 - 01:35</w:t>
      </w:r>
    </w:p>
    <w:p>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slide_017.jpg"/>
                    <pic:cNvPicPr/>
                  </pic:nvPicPr>
                  <pic:blipFill>
                    <a:blip r:embed="rId25"/>
                    <a:stretch>
                      <a:fillRect/>
                    </a:stretch>
                  </pic:blipFill>
                  <pic:spPr>
                    <a:xfrm>
                      <a:off x="0" y="0"/>
                      <a:ext cx="5669280" cy="3188970"/>
                    </a:xfrm>
                    <a:prstGeom prst="rect"/>
                  </pic:spPr>
                </pic:pic>
              </a:graphicData>
            </a:graphic>
          </wp:inline>
        </w:drawing>
      </w:r>
    </w:p>
    <w:p>
      <w:r>
        <w:t>Matched transcript</w:t>
      </w:r>
    </w:p>
    <w:p>
      <w:r>
        <w:t>is the standard measuring stick for distances in our solar system. Imagine this. Light, traveling at an astounding speed of 300,000 kilometers per second,</w:t>
      </w:r>
    </w:p>
    <w:p>
      <w:pPr>
        <w:pStyle w:val="Heading2"/>
      </w:pPr>
      <w:r>
        <w:t>Fragment 18</w:t>
      </w:r>
    </w:p>
    <w:p>
      <w:r>
        <w:t>Time range: 01:35 - 01:41</w:t>
      </w:r>
    </w:p>
    <w:p>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slide_018.jpg"/>
                    <pic:cNvPicPr/>
                  </pic:nvPicPr>
                  <pic:blipFill>
                    <a:blip r:embed="rId26"/>
                    <a:stretch>
                      <a:fillRect/>
                    </a:stretch>
                  </pic:blipFill>
                  <pic:spPr>
                    <a:xfrm>
                      <a:off x="0" y="0"/>
                      <a:ext cx="5669280" cy="3188970"/>
                    </a:xfrm>
                    <a:prstGeom prst="rect"/>
                  </pic:spPr>
                </pic:pic>
              </a:graphicData>
            </a:graphic>
          </wp:inline>
        </w:drawing>
      </w:r>
    </w:p>
    <w:p>
      <w:r>
        <w:t>Matched transcript</w:t>
      </w:r>
    </w:p>
    <w:p>
      <w:r>
        <w:t>traveling at an astounding speed of 300,000 kilometers per second, takes about 8 minutes and 20 seconds to journey from the sun to Earth. If you were to travel this distance in a commercial jet, flying at 900 kilometers per hour,</w:t>
      </w:r>
    </w:p>
    <w:p>
      <w:pPr>
        <w:pStyle w:val="Heading2"/>
      </w:pPr>
      <w:r>
        <w:t>Fragment 19</w:t>
      </w:r>
    </w:p>
    <w:p>
      <w:r>
        <w:t>Time range: 01:41 - 01:49</w:t>
      </w:r>
    </w:p>
    <w:p>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slide_019.jpg"/>
                    <pic:cNvPicPr/>
                  </pic:nvPicPr>
                  <pic:blipFill>
                    <a:blip r:embed="rId27"/>
                    <a:stretch>
                      <a:fillRect/>
                    </a:stretch>
                  </pic:blipFill>
                  <pic:spPr>
                    <a:xfrm>
                      <a:off x="0" y="0"/>
                      <a:ext cx="5669280" cy="3188970"/>
                    </a:xfrm>
                    <a:prstGeom prst="rect"/>
                  </pic:spPr>
                </pic:pic>
              </a:graphicData>
            </a:graphic>
          </wp:inline>
        </w:drawing>
      </w:r>
    </w:p>
    <w:p>
      <w:r>
        <w:t>Matched transcript</w:t>
      </w:r>
    </w:p>
    <w:p>
      <w:r>
        <w:t>If you were to travel this distance in a commercial jet, flying at 900 kilometers per hour, it would take you about 19 years. This immense distance is a stark reminder of the vastness of</w:t>
      </w:r>
    </w:p>
    <w:p>
      <w:pPr>
        <w:pStyle w:val="Heading2"/>
      </w:pPr>
      <w:r>
        <w:t>Fragment 20</w:t>
      </w:r>
    </w:p>
    <w:p>
      <w:r>
        <w:t>Time range: 01:49 - 01:52</w:t>
      </w:r>
    </w:p>
    <w:p>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slide_020.jpg"/>
                    <pic:cNvPicPr/>
                  </pic:nvPicPr>
                  <pic:blipFill>
                    <a:blip r:embed="rId28"/>
                    <a:stretch>
                      <a:fillRect/>
                    </a:stretch>
                  </pic:blipFill>
                  <pic:spPr>
                    <a:xfrm>
                      <a:off x="0" y="0"/>
                      <a:ext cx="5669280" cy="3188970"/>
                    </a:xfrm>
                    <a:prstGeom prst="rect"/>
                  </pic:spPr>
                </pic:pic>
              </a:graphicData>
            </a:graphic>
          </wp:inline>
        </w:drawing>
      </w:r>
    </w:p>
    <w:p>
      <w:r>
        <w:t>Matched transcript</w:t>
      </w:r>
    </w:p>
    <w:p>
      <w:r>
        <w:t>it would take you about 19 years. This immense distance is a stark reminder of the vastness of</w:t>
      </w:r>
    </w:p>
    <w:p>
      <w:pPr>
        <w:pStyle w:val="Heading2"/>
      </w:pPr>
      <w:r>
        <w:t>Fragment 21</w:t>
      </w:r>
    </w:p>
    <w:p>
      <w:r>
        <w:t>Time range: 01:52 - 01:56</w:t>
      </w:r>
    </w:p>
    <w:p>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slide_021.jpg"/>
                    <pic:cNvPicPr/>
                  </pic:nvPicPr>
                  <pic:blipFill>
                    <a:blip r:embed="rId29"/>
                    <a:stretch>
                      <a:fillRect/>
                    </a:stretch>
                  </pic:blipFill>
                  <pic:spPr>
                    <a:xfrm>
                      <a:off x="0" y="0"/>
                      <a:ext cx="5669280" cy="3188970"/>
                    </a:xfrm>
                    <a:prstGeom prst="rect"/>
                  </pic:spPr>
                </pic:pic>
              </a:graphicData>
            </a:graphic>
          </wp:inline>
        </w:drawing>
      </w:r>
    </w:p>
    <w:p>
      <w:r>
        <w:t>Matched transcript</w:t>
      </w:r>
    </w:p>
    <w:p>
      <w:r>
        <w:t>it would take you about 19 years. This immense distance is a stark reminder of the vastness of space, even within our own solar system. The Sun, a fiery behemoth, provides life-sustaining energy</w:t>
      </w:r>
    </w:p>
    <w:p>
      <w:pPr>
        <w:pStyle w:val="Heading2"/>
      </w:pPr>
      <w:r>
        <w:t>Fragment 22</w:t>
      </w:r>
    </w:p>
    <w:p>
      <w:r>
        <w:t>Time range: 01:56 - 02:03</w:t>
      </w:r>
    </w:p>
    <w:p>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slide_022.jpg"/>
                    <pic:cNvPicPr/>
                  </pic:nvPicPr>
                  <pic:blipFill>
                    <a:blip r:embed="rId30"/>
                    <a:stretch>
                      <a:fillRect/>
                    </a:stretch>
                  </pic:blipFill>
                  <pic:spPr>
                    <a:xfrm>
                      <a:off x="0" y="0"/>
                      <a:ext cx="5669280" cy="3188970"/>
                    </a:xfrm>
                    <a:prstGeom prst="rect"/>
                  </pic:spPr>
                </pic:pic>
              </a:graphicData>
            </a:graphic>
          </wp:inline>
        </w:drawing>
      </w:r>
    </w:p>
    <w:p>
      <w:r>
        <w:t>Matched transcript</w:t>
      </w:r>
    </w:p>
    <w:p>
      <w:r>
        <w:t>space, even within our own solar system. The Sun, a fiery behemoth, provides life-sustaining energy to our planet from this incredible distance. Venturing beyond our home planet and its solar</w:t>
      </w:r>
    </w:p>
    <w:p>
      <w:pPr>
        <w:pStyle w:val="Heading2"/>
      </w:pPr>
      <w:r>
        <w:t>Fragment 23</w:t>
      </w:r>
    </w:p>
    <w:p>
      <w:r>
        <w:t>Time range: 02:03 - 02:09</w:t>
      </w:r>
    </w:p>
    <w:p>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slide_023.jpg"/>
                    <pic:cNvPicPr/>
                  </pic:nvPicPr>
                  <pic:blipFill>
                    <a:blip r:embed="rId31"/>
                    <a:stretch>
                      <a:fillRect/>
                    </a:stretch>
                  </pic:blipFill>
                  <pic:spPr>
                    <a:xfrm>
                      <a:off x="0" y="0"/>
                      <a:ext cx="5669280" cy="3188970"/>
                    </a:xfrm>
                    <a:prstGeom prst="rect"/>
                  </pic:spPr>
                </pic:pic>
              </a:graphicData>
            </a:graphic>
          </wp:inline>
        </w:drawing>
      </w:r>
    </w:p>
    <w:p>
      <w:r>
        <w:t>Matched transcript</w:t>
      </w:r>
    </w:p>
    <w:p>
      <w:r>
        <w:t>to our planet from this incredible distance. Venturing beyond our home planet and its solar companion, the Sun, we set our sights on Mars, our enigmatic red neighbor. Mars, at its closest</w:t>
      </w:r>
    </w:p>
    <w:p>
      <w:pPr>
        <w:pStyle w:val="Heading2"/>
      </w:pPr>
      <w:r>
        <w:t>Fragment 24</w:t>
      </w:r>
    </w:p>
    <w:p>
      <w:r>
        <w:t>Time range: 02:09 - 02:17</w:t>
      </w:r>
    </w:p>
    <w:p>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slide_024.jpg"/>
                    <pic:cNvPicPr/>
                  </pic:nvPicPr>
                  <pic:blipFill>
                    <a:blip r:embed="rId32"/>
                    <a:stretch>
                      <a:fillRect/>
                    </a:stretch>
                  </pic:blipFill>
                  <pic:spPr>
                    <a:xfrm>
                      <a:off x="0" y="0"/>
                      <a:ext cx="5669280" cy="3188970"/>
                    </a:xfrm>
                    <a:prstGeom prst="rect"/>
                  </pic:spPr>
                </pic:pic>
              </a:graphicData>
            </a:graphic>
          </wp:inline>
        </w:drawing>
      </w:r>
    </w:p>
    <w:p>
      <w:r>
        <w:t>Matched transcript</w:t>
      </w:r>
    </w:p>
    <w:p>
      <w:r>
        <w:t>companion, the Sun, we set our sights on Mars, our enigmatic red neighbor. Mars, at its closest approached to Earth is about 54.6 million kilometers away. However, this distance can</w:t>
      </w:r>
    </w:p>
    <w:p>
      <w:pPr>
        <w:pStyle w:val="Heading2"/>
      </w:pPr>
      <w:r>
        <w:t>Fragment 25</w:t>
      </w:r>
    </w:p>
    <w:p>
      <w:r>
        <w:t>Time range: 02:17 - 02:21</w:t>
      </w:r>
    </w:p>
    <w:p>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slide_025.jpg"/>
                    <pic:cNvPicPr/>
                  </pic:nvPicPr>
                  <pic:blipFill>
                    <a:blip r:embed="rId33"/>
                    <a:stretch>
                      <a:fillRect/>
                    </a:stretch>
                  </pic:blipFill>
                  <pic:spPr>
                    <a:xfrm>
                      <a:off x="0" y="0"/>
                      <a:ext cx="5669280" cy="3188970"/>
                    </a:xfrm>
                    <a:prstGeom prst="rect"/>
                  </pic:spPr>
                </pic:pic>
              </a:graphicData>
            </a:graphic>
          </wp:inline>
        </w:drawing>
      </w:r>
    </w:p>
    <w:p>
      <w:r>
        <w:t>Matched transcript</w:t>
      </w:r>
    </w:p>
    <w:p>
      <w:r>
        <w:t>approached to Earth is about 54.6 million kilometers away. However, this distance can stretch up to 401 million kilometers when the two planets are on opposite sides of the</w:t>
      </w:r>
    </w:p>
    <w:p>
      <w:pPr>
        <w:pStyle w:val="Heading2"/>
      </w:pPr>
      <w:r>
        <w:t>Fragment 26</w:t>
      </w:r>
    </w:p>
    <w:p>
      <w:r>
        <w:t>Time range: 02:21 - 02:27</w:t>
      </w:r>
    </w:p>
    <w:p>
      <w:r>
        <w:drawing>
          <wp:inline xmlns:a="http://schemas.openxmlformats.org/drawingml/2006/main" xmlns:pic="http://schemas.openxmlformats.org/drawingml/2006/picture">
            <wp:extent cx="5669280" cy="3188970"/>
            <wp:docPr id="26" name="Picture 26"/>
            <wp:cNvGraphicFramePr>
              <a:graphicFrameLocks noChangeAspect="1"/>
            </wp:cNvGraphicFramePr>
            <a:graphic>
              <a:graphicData uri="http://schemas.openxmlformats.org/drawingml/2006/picture">
                <pic:pic>
                  <pic:nvPicPr>
                    <pic:cNvPr id="0" name="slide_026.jpg"/>
                    <pic:cNvPicPr/>
                  </pic:nvPicPr>
                  <pic:blipFill>
                    <a:blip r:embed="rId34"/>
                    <a:stretch>
                      <a:fillRect/>
                    </a:stretch>
                  </pic:blipFill>
                  <pic:spPr>
                    <a:xfrm>
                      <a:off x="0" y="0"/>
                      <a:ext cx="5669280" cy="3188970"/>
                    </a:xfrm>
                    <a:prstGeom prst="rect"/>
                  </pic:spPr>
                </pic:pic>
              </a:graphicData>
            </a:graphic>
          </wp:inline>
        </w:drawing>
      </w:r>
    </w:p>
    <w:p>
      <w:r>
        <w:t>Matched transcript</w:t>
      </w:r>
    </w:p>
    <w:p>
      <w:r>
        <w:t>stretch up to 401 million kilometers when the two planets are on opposite sides of the Sun. To put that in perspective, traveling to Mars at the speed of a commercial jet would</w:t>
      </w:r>
    </w:p>
    <w:p>
      <w:pPr>
        <w:pStyle w:val="Heading2"/>
      </w:pPr>
      <w:r>
        <w:t>Fragment 27</w:t>
      </w:r>
    </w:p>
    <w:p>
      <w:r>
        <w:t>Time range: 02:27 - 02:33</w:t>
      </w:r>
    </w:p>
    <w:p>
      <w:r>
        <w:drawing>
          <wp:inline xmlns:a="http://schemas.openxmlformats.org/drawingml/2006/main" xmlns:pic="http://schemas.openxmlformats.org/drawingml/2006/picture">
            <wp:extent cx="5669280" cy="3188970"/>
            <wp:docPr id="27" name="Picture 27"/>
            <wp:cNvGraphicFramePr>
              <a:graphicFrameLocks noChangeAspect="1"/>
            </wp:cNvGraphicFramePr>
            <a:graphic>
              <a:graphicData uri="http://schemas.openxmlformats.org/drawingml/2006/picture">
                <pic:pic>
                  <pic:nvPicPr>
                    <pic:cNvPr id="0" name="slide_027.jpg"/>
                    <pic:cNvPicPr/>
                  </pic:nvPicPr>
                  <pic:blipFill>
                    <a:blip r:embed="rId35"/>
                    <a:stretch>
                      <a:fillRect/>
                    </a:stretch>
                  </pic:blipFill>
                  <pic:spPr>
                    <a:xfrm>
                      <a:off x="0" y="0"/>
                      <a:ext cx="5669280" cy="3188970"/>
                    </a:xfrm>
                    <a:prstGeom prst="rect"/>
                  </pic:spPr>
                </pic:pic>
              </a:graphicData>
            </a:graphic>
          </wp:inline>
        </w:drawing>
      </w:r>
    </w:p>
    <w:p>
      <w:r>
        <w:t>Matched transcript</w:t>
      </w:r>
    </w:p>
    <w:p>
      <w:r>
        <w:t>Sun. To put that in perspective, traveling to Mars at the speed of a commercial jet would take upwards of 50 years. This vast expanse of space between Earth and Mars has been a</w:t>
      </w:r>
    </w:p>
    <w:p>
      <w:pPr>
        <w:pStyle w:val="Heading2"/>
      </w:pPr>
      <w:r>
        <w:t>Fragment 28</w:t>
      </w:r>
    </w:p>
    <w:p>
      <w:r>
        <w:t>Time range: 02:33 - 02:36</w:t>
      </w:r>
    </w:p>
    <w:p>
      <w:r>
        <w:drawing>
          <wp:inline xmlns:a="http://schemas.openxmlformats.org/drawingml/2006/main" xmlns:pic="http://schemas.openxmlformats.org/drawingml/2006/picture">
            <wp:extent cx="5669280" cy="3188970"/>
            <wp:docPr id="28" name="Picture 28"/>
            <wp:cNvGraphicFramePr>
              <a:graphicFrameLocks noChangeAspect="1"/>
            </wp:cNvGraphicFramePr>
            <a:graphic>
              <a:graphicData uri="http://schemas.openxmlformats.org/drawingml/2006/picture">
                <pic:pic>
                  <pic:nvPicPr>
                    <pic:cNvPr id="0" name="slide_028.jpg"/>
                    <pic:cNvPicPr/>
                  </pic:nvPicPr>
                  <pic:blipFill>
                    <a:blip r:embed="rId36"/>
                    <a:stretch>
                      <a:fillRect/>
                    </a:stretch>
                  </pic:blipFill>
                  <pic:spPr>
                    <a:xfrm>
                      <a:off x="0" y="0"/>
                      <a:ext cx="5669280" cy="3188970"/>
                    </a:xfrm>
                    <a:prstGeom prst="rect"/>
                  </pic:spPr>
                </pic:pic>
              </a:graphicData>
            </a:graphic>
          </wp:inline>
        </w:drawing>
      </w:r>
    </w:p>
    <w:p>
      <w:r>
        <w:t>Matched transcript</w:t>
      </w:r>
    </w:p>
    <w:p>
      <w:r>
        <w:t>take upwards of 50 years. This vast expanse of space between Earth and Mars has been a</w:t>
      </w:r>
    </w:p>
    <w:p>
      <w:pPr>
        <w:pStyle w:val="Heading2"/>
      </w:pPr>
      <w:r>
        <w:t>Fragment 29</w:t>
      </w:r>
    </w:p>
    <w:p>
      <w:r>
        <w:t>Time range: 02:36 - 02:42</w:t>
      </w:r>
    </w:p>
    <w:p>
      <w:r>
        <w:drawing>
          <wp:inline xmlns:a="http://schemas.openxmlformats.org/drawingml/2006/main" xmlns:pic="http://schemas.openxmlformats.org/drawingml/2006/picture">
            <wp:extent cx="5669280" cy="3188970"/>
            <wp:docPr id="29" name="Picture 29"/>
            <wp:cNvGraphicFramePr>
              <a:graphicFrameLocks noChangeAspect="1"/>
            </wp:cNvGraphicFramePr>
            <a:graphic>
              <a:graphicData uri="http://schemas.openxmlformats.org/drawingml/2006/picture">
                <pic:pic>
                  <pic:nvPicPr>
                    <pic:cNvPr id="0" name="slide_029.jpg"/>
                    <pic:cNvPicPr/>
                  </pic:nvPicPr>
                  <pic:blipFill>
                    <a:blip r:embed="rId37"/>
                    <a:stretch>
                      <a:fillRect/>
                    </a:stretch>
                  </pic:blipFill>
                  <pic:spPr>
                    <a:xfrm>
                      <a:off x="0" y="0"/>
                      <a:ext cx="5669280" cy="3188970"/>
                    </a:xfrm>
                    <a:prstGeom prst="rect"/>
                  </pic:spPr>
                </pic:pic>
              </a:graphicData>
            </a:graphic>
          </wp:inline>
        </w:drawing>
      </w:r>
    </w:p>
    <w:p>
      <w:r>
        <w:t>Matched transcript</w:t>
      </w:r>
    </w:p>
    <w:p>
      <w:r>
        <w:t>take upwards of 50 years. This vast expanse of space between Earth and Mars has been a significant challenge for space exploration. The rovers and probes we have sent to the red planet embark on a journey that is not just far but fraught with complexities due to the constantly changing distances and orbital dynamics As we journey to the outermost reaches of our solar</w:t>
      </w:r>
    </w:p>
    <w:p>
      <w:pPr>
        <w:pStyle w:val="Heading2"/>
      </w:pPr>
      <w:r>
        <w:t>Fragment 30</w:t>
      </w:r>
    </w:p>
    <w:p>
      <w:r>
        <w:t>Time range: 02:42 - 02:49</w:t>
      </w:r>
    </w:p>
    <w:p>
      <w:r>
        <w:drawing>
          <wp:inline xmlns:a="http://schemas.openxmlformats.org/drawingml/2006/main" xmlns:pic="http://schemas.openxmlformats.org/drawingml/2006/picture">
            <wp:extent cx="5669280" cy="3188970"/>
            <wp:docPr id="30" name="Picture 30"/>
            <wp:cNvGraphicFramePr>
              <a:graphicFrameLocks noChangeAspect="1"/>
            </wp:cNvGraphicFramePr>
            <a:graphic>
              <a:graphicData uri="http://schemas.openxmlformats.org/drawingml/2006/picture">
                <pic:pic>
                  <pic:nvPicPr>
                    <pic:cNvPr id="0" name="slide_030.jpg"/>
                    <pic:cNvPicPr/>
                  </pic:nvPicPr>
                  <pic:blipFill>
                    <a:blip r:embed="rId38"/>
                    <a:stretch>
                      <a:fillRect/>
                    </a:stretch>
                  </pic:blipFill>
                  <pic:spPr>
                    <a:xfrm>
                      <a:off x="0" y="0"/>
                      <a:ext cx="5669280" cy="3188970"/>
                    </a:xfrm>
                    <a:prstGeom prst="rect"/>
                  </pic:spPr>
                </pic:pic>
              </a:graphicData>
            </a:graphic>
          </wp:inline>
        </w:drawing>
      </w:r>
    </w:p>
    <w:p>
      <w:r>
        <w:t>Matched transcript</w:t>
      </w:r>
    </w:p>
    <w:p>
      <w:r>
        <w:t>red planet embark on a journey that is not just far but fraught with complexities due to the constantly changing distances and orbital dynamics As we journey to the outermost reaches of our solar</w:t>
      </w:r>
    </w:p>
    <w:p>
      <w:pPr>
        <w:pStyle w:val="Heading2"/>
      </w:pPr>
      <w:r>
        <w:t>Fragment 31</w:t>
      </w:r>
    </w:p>
    <w:p>
      <w:r>
        <w:t>Time range: 02:49 - 02:55</w:t>
      </w:r>
    </w:p>
    <w:p>
      <w:r>
        <w:drawing>
          <wp:inline xmlns:a="http://schemas.openxmlformats.org/drawingml/2006/main" xmlns:pic="http://schemas.openxmlformats.org/drawingml/2006/picture">
            <wp:extent cx="5669280" cy="3188970"/>
            <wp:docPr id="31" name="Picture 31"/>
            <wp:cNvGraphicFramePr>
              <a:graphicFrameLocks noChangeAspect="1"/>
            </wp:cNvGraphicFramePr>
            <a:graphic>
              <a:graphicData uri="http://schemas.openxmlformats.org/drawingml/2006/picture">
                <pic:pic>
                  <pic:nvPicPr>
                    <pic:cNvPr id="0" name="slide_031.jpg"/>
                    <pic:cNvPicPr/>
                  </pic:nvPicPr>
                  <pic:blipFill>
                    <a:blip r:embed="rId39"/>
                    <a:stretch>
                      <a:fillRect/>
                    </a:stretch>
                  </pic:blipFill>
                  <pic:spPr>
                    <a:xfrm>
                      <a:off x="0" y="0"/>
                      <a:ext cx="5669280" cy="3188970"/>
                    </a:xfrm>
                    <a:prstGeom prst="rect"/>
                  </pic:spPr>
                </pic:pic>
              </a:graphicData>
            </a:graphic>
          </wp:inline>
        </w:drawing>
      </w:r>
    </w:p>
    <w:p>
      <w:r>
        <w:t>Matched transcript</w:t>
      </w:r>
    </w:p>
    <w:p>
      <w:r>
        <w:t>red planet embark on a journey that is not just far but fraught with complexities due to the constantly changing distances and orbital dynamics As we journey to the outermost reaches of our solar system, we encounter Neptune, the distant ice giant. Lying roughly 4.5 billion kilometers from</w:t>
      </w:r>
    </w:p>
    <w:p>
      <w:pPr>
        <w:pStyle w:val="Heading2"/>
      </w:pPr>
      <w:r>
        <w:t>Fragment 32</w:t>
      </w:r>
    </w:p>
    <w:p>
      <w:r>
        <w:t>Time range: 02:55 - 03:01</w:t>
      </w:r>
    </w:p>
    <w:p>
      <w:r>
        <w:drawing>
          <wp:inline xmlns:a="http://schemas.openxmlformats.org/drawingml/2006/main" xmlns:pic="http://schemas.openxmlformats.org/drawingml/2006/picture">
            <wp:extent cx="5669280" cy="3188970"/>
            <wp:docPr id="32" name="Picture 32"/>
            <wp:cNvGraphicFramePr>
              <a:graphicFrameLocks noChangeAspect="1"/>
            </wp:cNvGraphicFramePr>
            <a:graphic>
              <a:graphicData uri="http://schemas.openxmlformats.org/drawingml/2006/picture">
                <pic:pic>
                  <pic:nvPicPr>
                    <pic:cNvPr id="0" name="slide_032.jpg"/>
                    <pic:cNvPicPr/>
                  </pic:nvPicPr>
                  <pic:blipFill>
                    <a:blip r:embed="rId40"/>
                    <a:stretch>
                      <a:fillRect/>
                    </a:stretch>
                  </pic:blipFill>
                  <pic:spPr>
                    <a:xfrm>
                      <a:off x="0" y="0"/>
                      <a:ext cx="5669280" cy="3188970"/>
                    </a:xfrm>
                    <a:prstGeom prst="rect"/>
                  </pic:spPr>
                </pic:pic>
              </a:graphicData>
            </a:graphic>
          </wp:inline>
        </w:drawing>
      </w:r>
    </w:p>
    <w:p>
      <w:r>
        <w:t>Matched transcript</w:t>
      </w:r>
    </w:p>
    <w:p>
      <w:r>
        <w:t>system, we encounter Neptune, the distant ice giant. Lying roughly 4.5 billion kilometers from</w:t>
      </w:r>
    </w:p>
    <w:p>
      <w:pPr>
        <w:pStyle w:val="Heading2"/>
      </w:pPr>
      <w:r>
        <w:t>Fragment 33</w:t>
      </w:r>
    </w:p>
    <w:p>
      <w:r>
        <w:t>Time range: 03:01 - 03:07</w:t>
      </w:r>
    </w:p>
    <w:p>
      <w:r>
        <w:drawing>
          <wp:inline xmlns:a="http://schemas.openxmlformats.org/drawingml/2006/main" xmlns:pic="http://schemas.openxmlformats.org/drawingml/2006/picture">
            <wp:extent cx="5669280" cy="3188970"/>
            <wp:docPr id="33" name="Picture 33"/>
            <wp:cNvGraphicFramePr>
              <a:graphicFrameLocks noChangeAspect="1"/>
            </wp:cNvGraphicFramePr>
            <a:graphic>
              <a:graphicData uri="http://schemas.openxmlformats.org/drawingml/2006/picture">
                <pic:pic>
                  <pic:nvPicPr>
                    <pic:cNvPr id="0" name="slide_033.jpg"/>
                    <pic:cNvPicPr/>
                  </pic:nvPicPr>
                  <pic:blipFill>
                    <a:blip r:embed="rId41"/>
                    <a:stretch>
                      <a:fillRect/>
                    </a:stretch>
                  </pic:blipFill>
                  <pic:spPr>
                    <a:xfrm>
                      <a:off x="0" y="0"/>
                      <a:ext cx="5669280" cy="3188970"/>
                    </a:xfrm>
                    <a:prstGeom prst="rect"/>
                  </pic:spPr>
                </pic:pic>
              </a:graphicData>
            </a:graphic>
          </wp:inline>
        </w:drawing>
      </w:r>
    </w:p>
    <w:p>
      <w:r>
        <w:t>Matched transcript</w:t>
      </w:r>
    </w:p>
    <w:p>
      <w:r>
        <w:t>system, we encounter Neptune, the distant ice giant. Lying roughly 4.5 billion kilometers from Earth, Neptune marks the edge of our solar neighborhood. Sunlight, racing across the vacuum</w:t>
      </w:r>
    </w:p>
    <w:p>
      <w:pPr>
        <w:pStyle w:val="Heading2"/>
      </w:pPr>
      <w:r>
        <w:t>Fragment 34</w:t>
      </w:r>
    </w:p>
    <w:p>
      <w:r>
        <w:t>Time range: 03:07 - 03:10</w:t>
      </w:r>
    </w:p>
    <w:p>
      <w:r>
        <w:drawing>
          <wp:inline xmlns:a="http://schemas.openxmlformats.org/drawingml/2006/main" xmlns:pic="http://schemas.openxmlformats.org/drawingml/2006/picture">
            <wp:extent cx="5669280" cy="3188970"/>
            <wp:docPr id="34" name="Picture 34"/>
            <wp:cNvGraphicFramePr>
              <a:graphicFrameLocks noChangeAspect="1"/>
            </wp:cNvGraphicFramePr>
            <a:graphic>
              <a:graphicData uri="http://schemas.openxmlformats.org/drawingml/2006/picture">
                <pic:pic>
                  <pic:nvPicPr>
                    <pic:cNvPr id="0" name="slide_034.jpg"/>
                    <pic:cNvPicPr/>
                  </pic:nvPicPr>
                  <pic:blipFill>
                    <a:blip r:embed="rId42"/>
                    <a:stretch>
                      <a:fillRect/>
                    </a:stretch>
                  </pic:blipFill>
                  <pic:spPr>
                    <a:xfrm>
                      <a:off x="0" y="0"/>
                      <a:ext cx="5669280" cy="3188970"/>
                    </a:xfrm>
                    <a:prstGeom prst="rect"/>
                  </pic:spPr>
                </pic:pic>
              </a:graphicData>
            </a:graphic>
          </wp:inline>
        </w:drawing>
      </w:r>
    </w:p>
    <w:p>
      <w:r>
        <w:t>Matched transcript</w:t>
      </w:r>
    </w:p>
    <w:p>
      <w:r>
        <w:t>Earth, Neptune marks the edge of our solar neighborhood. Sunlight, racing across the vacuum of space takes about 4 hours and 15 minutes to reach Neptune from the Sun. This staggering</w:t>
      </w:r>
    </w:p>
    <w:p>
      <w:pPr>
        <w:pStyle w:val="Heading2"/>
      </w:pPr>
      <w:r>
        <w:t>Fragment 35</w:t>
      </w:r>
    </w:p>
    <w:p>
      <w:r>
        <w:t>Time range: 03:10 - 03:16</w:t>
      </w:r>
    </w:p>
    <w:p>
      <w:r>
        <w:drawing>
          <wp:inline xmlns:a="http://schemas.openxmlformats.org/drawingml/2006/main" xmlns:pic="http://schemas.openxmlformats.org/drawingml/2006/picture">
            <wp:extent cx="5669280" cy="3188970"/>
            <wp:docPr id="35" name="Picture 35"/>
            <wp:cNvGraphicFramePr>
              <a:graphicFrameLocks noChangeAspect="1"/>
            </wp:cNvGraphicFramePr>
            <a:graphic>
              <a:graphicData uri="http://schemas.openxmlformats.org/drawingml/2006/picture">
                <pic:pic>
                  <pic:nvPicPr>
                    <pic:cNvPr id="0" name="slide_035.jpg"/>
                    <pic:cNvPicPr/>
                  </pic:nvPicPr>
                  <pic:blipFill>
                    <a:blip r:embed="rId43"/>
                    <a:stretch>
                      <a:fillRect/>
                    </a:stretch>
                  </pic:blipFill>
                  <pic:spPr>
                    <a:xfrm>
                      <a:off x="0" y="0"/>
                      <a:ext cx="5669280" cy="3188970"/>
                    </a:xfrm>
                    <a:prstGeom prst="rect"/>
                  </pic:spPr>
                </pic:pic>
              </a:graphicData>
            </a:graphic>
          </wp:inline>
        </w:drawing>
      </w:r>
    </w:p>
    <w:p>
      <w:r>
        <w:t>Matched transcript</w:t>
      </w:r>
    </w:p>
    <w:p>
      <w:r>
        <w:t>of space takes about 4 hours and 15 minutes to reach Neptune from the Sun. This staggering distance showcases the enormity of our solar system.</w:t>
      </w:r>
    </w:p>
    <w:p>
      <w:pPr>
        <w:pStyle w:val="Heading2"/>
      </w:pPr>
      <w:r>
        <w:t>Fragment 36</w:t>
      </w:r>
    </w:p>
    <w:p>
      <w:r>
        <w:t>Time range: 03:16 - 03:22</w:t>
      </w:r>
    </w:p>
    <w:p>
      <w:r>
        <w:drawing>
          <wp:inline xmlns:a="http://schemas.openxmlformats.org/drawingml/2006/main" xmlns:pic="http://schemas.openxmlformats.org/drawingml/2006/picture">
            <wp:extent cx="5669280" cy="3188970"/>
            <wp:docPr id="36" name="Picture 36"/>
            <wp:cNvGraphicFramePr>
              <a:graphicFrameLocks noChangeAspect="1"/>
            </wp:cNvGraphicFramePr>
            <a:graphic>
              <a:graphicData uri="http://schemas.openxmlformats.org/drawingml/2006/picture">
                <pic:pic>
                  <pic:nvPicPr>
                    <pic:cNvPr id="0" name="slide_036.jpg"/>
                    <pic:cNvPicPr/>
                  </pic:nvPicPr>
                  <pic:blipFill>
                    <a:blip r:embed="rId44"/>
                    <a:stretch>
                      <a:fillRect/>
                    </a:stretch>
                  </pic:blipFill>
                  <pic:spPr>
                    <a:xfrm>
                      <a:off x="0" y="0"/>
                      <a:ext cx="5669280" cy="3188970"/>
                    </a:xfrm>
                    <a:prstGeom prst="rect"/>
                  </pic:spPr>
                </pic:pic>
              </a:graphicData>
            </a:graphic>
          </wp:inline>
        </w:drawing>
      </w:r>
    </w:p>
    <w:p>
      <w:r>
        <w:t>Matched transcript</w:t>
      </w:r>
    </w:p>
    <w:p>
      <w:r>
        <w:t>distance showcases the enormity of our solar system. Launched in 1977, the Voyager 1 space probe represents humanity's insatiable curiosity</w:t>
      </w:r>
    </w:p>
    <w:p>
      <w:pPr>
        <w:pStyle w:val="Heading2"/>
      </w:pPr>
      <w:r>
        <w:t>Fragment 37</w:t>
      </w:r>
    </w:p>
    <w:p>
      <w:r>
        <w:t>Time range: 03:22 - 03:28</w:t>
      </w:r>
    </w:p>
    <w:p>
      <w:r>
        <w:drawing>
          <wp:inline xmlns:a="http://schemas.openxmlformats.org/drawingml/2006/main" xmlns:pic="http://schemas.openxmlformats.org/drawingml/2006/picture">
            <wp:extent cx="5669280" cy="3188970"/>
            <wp:docPr id="37" name="Picture 37"/>
            <wp:cNvGraphicFramePr>
              <a:graphicFrameLocks noChangeAspect="1"/>
            </wp:cNvGraphicFramePr>
            <a:graphic>
              <a:graphicData uri="http://schemas.openxmlformats.org/drawingml/2006/picture">
                <pic:pic>
                  <pic:nvPicPr>
                    <pic:cNvPr id="0" name="slide_037.jpg"/>
                    <pic:cNvPicPr/>
                  </pic:nvPicPr>
                  <pic:blipFill>
                    <a:blip r:embed="rId45"/>
                    <a:stretch>
                      <a:fillRect/>
                    </a:stretch>
                  </pic:blipFill>
                  <pic:spPr>
                    <a:xfrm>
                      <a:off x="0" y="0"/>
                      <a:ext cx="5669280" cy="3188970"/>
                    </a:xfrm>
                    <a:prstGeom prst="rect"/>
                  </pic:spPr>
                </pic:pic>
              </a:graphicData>
            </a:graphic>
          </wp:inline>
        </w:drawing>
      </w:r>
    </w:p>
    <w:p>
      <w:r>
        <w:t>Matched transcript</w:t>
      </w:r>
    </w:p>
    <w:p>
      <w:r>
        <w:t>Launched in 1977, the Voyager 1 space probe represents humanity's insatiable curiosity and our desire to explore beyond known boundaries. As of now, Voyager 1 has traveled for over</w:t>
      </w:r>
    </w:p>
    <w:p>
      <w:pPr>
        <w:pStyle w:val="Heading2"/>
      </w:pPr>
      <w:r>
        <w:t>Fragment 38</w:t>
      </w:r>
    </w:p>
    <w:p>
      <w:r>
        <w:t>Time range: 03:28 - 03:34</w:t>
      </w:r>
    </w:p>
    <w:p>
      <w:r>
        <w:drawing>
          <wp:inline xmlns:a="http://schemas.openxmlformats.org/drawingml/2006/main" xmlns:pic="http://schemas.openxmlformats.org/drawingml/2006/picture">
            <wp:extent cx="5669280" cy="3188970"/>
            <wp:docPr id="38" name="Picture 38"/>
            <wp:cNvGraphicFramePr>
              <a:graphicFrameLocks noChangeAspect="1"/>
            </wp:cNvGraphicFramePr>
            <a:graphic>
              <a:graphicData uri="http://schemas.openxmlformats.org/drawingml/2006/picture">
                <pic:pic>
                  <pic:nvPicPr>
                    <pic:cNvPr id="0" name="slide_038.jpg"/>
                    <pic:cNvPicPr/>
                  </pic:nvPicPr>
                  <pic:blipFill>
                    <a:blip r:embed="rId46"/>
                    <a:stretch>
                      <a:fillRect/>
                    </a:stretch>
                  </pic:blipFill>
                  <pic:spPr>
                    <a:xfrm>
                      <a:off x="0" y="0"/>
                      <a:ext cx="5669280" cy="3188970"/>
                    </a:xfrm>
                    <a:prstGeom prst="rect"/>
                  </pic:spPr>
                </pic:pic>
              </a:graphicData>
            </a:graphic>
          </wp:inline>
        </w:drawing>
      </w:r>
    </w:p>
    <w:p>
      <w:r>
        <w:t>Matched transcript</w:t>
      </w:r>
    </w:p>
    <w:p>
      <w:r>
        <w:t>and our desire to explore beyond known boundaries. As of now, Voyager 1 has traveled for over four decades, covering a staggering distance of more than 22 billion kilometers from Earth.</w:t>
      </w:r>
    </w:p>
    <w:p>
      <w:pPr>
        <w:pStyle w:val="Heading2"/>
      </w:pPr>
      <w:r>
        <w:t>Fragment 39</w:t>
      </w:r>
    </w:p>
    <w:p>
      <w:r>
        <w:t>Time range: 03:34 - 03:40</w:t>
      </w:r>
    </w:p>
    <w:p>
      <w:r>
        <w:drawing>
          <wp:inline xmlns:a="http://schemas.openxmlformats.org/drawingml/2006/main" xmlns:pic="http://schemas.openxmlformats.org/drawingml/2006/picture">
            <wp:extent cx="5669280" cy="3188970"/>
            <wp:docPr id="39" name="Picture 39"/>
            <wp:cNvGraphicFramePr>
              <a:graphicFrameLocks noChangeAspect="1"/>
            </wp:cNvGraphicFramePr>
            <a:graphic>
              <a:graphicData uri="http://schemas.openxmlformats.org/drawingml/2006/picture">
                <pic:pic>
                  <pic:nvPicPr>
                    <pic:cNvPr id="0" name="slide_039.jpg"/>
                    <pic:cNvPicPr/>
                  </pic:nvPicPr>
                  <pic:blipFill>
                    <a:blip r:embed="rId47"/>
                    <a:stretch>
                      <a:fillRect/>
                    </a:stretch>
                  </pic:blipFill>
                  <pic:spPr>
                    <a:xfrm>
                      <a:off x="0" y="0"/>
                      <a:ext cx="5669280" cy="3188970"/>
                    </a:xfrm>
                    <a:prstGeom prst="rect"/>
                  </pic:spPr>
                </pic:pic>
              </a:graphicData>
            </a:graphic>
          </wp:inline>
        </w:drawing>
      </w:r>
    </w:p>
    <w:p>
      <w:r>
        <w:t>Matched transcript</w:t>
      </w:r>
    </w:p>
    <w:p>
      <w:r>
        <w:t>four decades, covering a staggering distance of more than 22 billion kilometers from Earth. It's the farthest human-made object from our planet, a silent wanderer in the cosmic sea.</w:t>
      </w:r>
    </w:p>
    <w:p>
      <w:pPr>
        <w:pStyle w:val="Heading2"/>
      </w:pPr>
      <w:r>
        <w:t>Fragment 40</w:t>
      </w:r>
    </w:p>
    <w:p>
      <w:r>
        <w:t>Time range: 03:40 - 03:46</w:t>
      </w:r>
    </w:p>
    <w:p>
      <w:r>
        <w:drawing>
          <wp:inline xmlns:a="http://schemas.openxmlformats.org/drawingml/2006/main" xmlns:pic="http://schemas.openxmlformats.org/drawingml/2006/picture">
            <wp:extent cx="5669280" cy="3188970"/>
            <wp:docPr id="40" name="Picture 40"/>
            <wp:cNvGraphicFramePr>
              <a:graphicFrameLocks noChangeAspect="1"/>
            </wp:cNvGraphicFramePr>
            <a:graphic>
              <a:graphicData uri="http://schemas.openxmlformats.org/drawingml/2006/picture">
                <pic:pic>
                  <pic:nvPicPr>
                    <pic:cNvPr id="0" name="slide_040.jpg"/>
                    <pic:cNvPicPr/>
                  </pic:nvPicPr>
                  <pic:blipFill>
                    <a:blip r:embed="rId48"/>
                    <a:stretch>
                      <a:fillRect/>
                    </a:stretch>
                  </pic:blipFill>
                  <pic:spPr>
                    <a:xfrm>
                      <a:off x="0" y="0"/>
                      <a:ext cx="5669280" cy="3188970"/>
                    </a:xfrm>
                    <a:prstGeom prst="rect"/>
                  </pic:spPr>
                </pic:pic>
              </a:graphicData>
            </a:graphic>
          </wp:inline>
        </w:drawing>
      </w:r>
    </w:p>
    <w:p>
      <w:r>
        <w:t>Matched transcript</w:t>
      </w:r>
    </w:p>
    <w:p>
      <w:r>
        <w:t>It's the farthest human-made object from our planet, a silent wanderer in the cosmic sea. In 1990, at the suggestion of the renowned astronomer Carl Sagan, Voyager 1 turned its</w:t>
      </w:r>
    </w:p>
    <w:p>
      <w:pPr>
        <w:pStyle w:val="Heading2"/>
      </w:pPr>
      <w:r>
        <w:t>Fragment 41</w:t>
      </w:r>
    </w:p>
    <w:p>
      <w:r>
        <w:t>Time range: 03:46 - 03:49</w:t>
      </w:r>
    </w:p>
    <w:p>
      <w:r>
        <w:drawing>
          <wp:inline xmlns:a="http://schemas.openxmlformats.org/drawingml/2006/main" xmlns:pic="http://schemas.openxmlformats.org/drawingml/2006/picture">
            <wp:extent cx="5669280" cy="3188970"/>
            <wp:docPr id="41" name="Picture 41"/>
            <wp:cNvGraphicFramePr>
              <a:graphicFrameLocks noChangeAspect="1"/>
            </wp:cNvGraphicFramePr>
            <a:graphic>
              <a:graphicData uri="http://schemas.openxmlformats.org/drawingml/2006/picture">
                <pic:pic>
                  <pic:nvPicPr>
                    <pic:cNvPr id="0" name="slide_041.jpg"/>
                    <pic:cNvPicPr/>
                  </pic:nvPicPr>
                  <pic:blipFill>
                    <a:blip r:embed="rId49"/>
                    <a:stretch>
                      <a:fillRect/>
                    </a:stretch>
                  </pic:blipFill>
                  <pic:spPr>
                    <a:xfrm>
                      <a:off x="0" y="0"/>
                      <a:ext cx="5669280" cy="3188970"/>
                    </a:xfrm>
                    <a:prstGeom prst="rect"/>
                  </pic:spPr>
                </pic:pic>
              </a:graphicData>
            </a:graphic>
          </wp:inline>
        </w:drawing>
      </w:r>
    </w:p>
    <w:p>
      <w:r>
        <w:t>Matched transcript</w:t>
      </w:r>
    </w:p>
    <w:p>
      <w:r>
        <w:t>In 1990, at the suggestion of the renowned astronomer Carl Sagan, Voyager 1 turned its</w:t>
      </w:r>
    </w:p>
    <w:p>
      <w:pPr>
        <w:pStyle w:val="Heading2"/>
      </w:pPr>
      <w:r>
        <w:t>Fragment 42</w:t>
      </w:r>
    </w:p>
    <w:p>
      <w:r>
        <w:t>Time range: 03:49 - 03:55</w:t>
      </w:r>
    </w:p>
    <w:p>
      <w:r>
        <w:drawing>
          <wp:inline xmlns:a="http://schemas.openxmlformats.org/drawingml/2006/main" xmlns:pic="http://schemas.openxmlformats.org/drawingml/2006/picture">
            <wp:extent cx="5669280" cy="3188970"/>
            <wp:docPr id="42" name="Picture 42"/>
            <wp:cNvGraphicFramePr>
              <a:graphicFrameLocks noChangeAspect="1"/>
            </wp:cNvGraphicFramePr>
            <a:graphic>
              <a:graphicData uri="http://schemas.openxmlformats.org/drawingml/2006/picture">
                <pic:pic>
                  <pic:nvPicPr>
                    <pic:cNvPr id="0" name="slide_042.jpg"/>
                    <pic:cNvPicPr/>
                  </pic:nvPicPr>
                  <pic:blipFill>
                    <a:blip r:embed="rId50"/>
                    <a:stretch>
                      <a:fillRect/>
                    </a:stretch>
                  </pic:blipFill>
                  <pic:spPr>
                    <a:xfrm>
                      <a:off x="0" y="0"/>
                      <a:ext cx="5669280" cy="3188970"/>
                    </a:xfrm>
                    <a:prstGeom prst="rect"/>
                  </pic:spPr>
                </pic:pic>
              </a:graphicData>
            </a:graphic>
          </wp:inline>
        </w:drawing>
      </w:r>
    </w:p>
    <w:p>
      <w:r>
        <w:t>Matched transcript</w:t>
      </w:r>
    </w:p>
    <w:p>
      <w:r>
        <w:t>In 1990, at the suggestion of the renowned astronomer Carl Sagan, Voyager 1 turned its camera back towards Earth for one final photograph. This resulted in the iconic pale blue dot</w:t>
      </w:r>
    </w:p>
    <w:p>
      <w:pPr>
        <w:pStyle w:val="Heading2"/>
      </w:pPr>
      <w:r>
        <w:t>Fragment 43</w:t>
      </w:r>
    </w:p>
    <w:p>
      <w:r>
        <w:t>Time range: 03:55 - 04:02</w:t>
      </w:r>
    </w:p>
    <w:p>
      <w:r>
        <w:drawing>
          <wp:inline xmlns:a="http://schemas.openxmlformats.org/drawingml/2006/main" xmlns:pic="http://schemas.openxmlformats.org/drawingml/2006/picture">
            <wp:extent cx="5669280" cy="3188970"/>
            <wp:docPr id="43" name="Picture 43"/>
            <wp:cNvGraphicFramePr>
              <a:graphicFrameLocks noChangeAspect="1"/>
            </wp:cNvGraphicFramePr>
            <a:graphic>
              <a:graphicData uri="http://schemas.openxmlformats.org/drawingml/2006/picture">
                <pic:pic>
                  <pic:nvPicPr>
                    <pic:cNvPr id="0" name="slide_043.jpg"/>
                    <pic:cNvPicPr/>
                  </pic:nvPicPr>
                  <pic:blipFill>
                    <a:blip r:embed="rId51"/>
                    <a:stretch>
                      <a:fillRect/>
                    </a:stretch>
                  </pic:blipFill>
                  <pic:spPr>
                    <a:xfrm>
                      <a:off x="0" y="0"/>
                      <a:ext cx="5669280" cy="3188970"/>
                    </a:xfrm>
                    <a:prstGeom prst="rect"/>
                  </pic:spPr>
                </pic:pic>
              </a:graphicData>
            </a:graphic>
          </wp:inline>
        </w:drawing>
      </w:r>
    </w:p>
    <w:p>
      <w:r>
        <w:t>Matched transcript</w:t>
      </w:r>
    </w:p>
    <w:p>
      <w:r>
        <w:t>camera back towards Earth for one final photograph. This resulted in the iconic pale blue dot image. At a distance of about 6 billion kilometers from Earth, our planet appeared as a tiny,</w:t>
      </w:r>
    </w:p>
    <w:p>
      <w:pPr>
        <w:pStyle w:val="Heading2"/>
      </w:pPr>
      <w:r>
        <w:t>Fragment 44</w:t>
      </w:r>
    </w:p>
    <w:p>
      <w:r>
        <w:t>Time range: 04:02 - 04:08</w:t>
      </w:r>
    </w:p>
    <w:p>
      <w:r>
        <w:drawing>
          <wp:inline xmlns:a="http://schemas.openxmlformats.org/drawingml/2006/main" xmlns:pic="http://schemas.openxmlformats.org/drawingml/2006/picture">
            <wp:extent cx="5669280" cy="3188970"/>
            <wp:docPr id="44" name="Picture 44"/>
            <wp:cNvGraphicFramePr>
              <a:graphicFrameLocks noChangeAspect="1"/>
            </wp:cNvGraphicFramePr>
            <a:graphic>
              <a:graphicData uri="http://schemas.openxmlformats.org/drawingml/2006/picture">
                <pic:pic>
                  <pic:nvPicPr>
                    <pic:cNvPr id="0" name="slide_044.jpg"/>
                    <pic:cNvPicPr/>
                  </pic:nvPicPr>
                  <pic:blipFill>
                    <a:blip r:embed="rId52"/>
                    <a:stretch>
                      <a:fillRect/>
                    </a:stretch>
                  </pic:blipFill>
                  <pic:spPr>
                    <a:xfrm>
                      <a:off x="0" y="0"/>
                      <a:ext cx="5669280" cy="3188970"/>
                    </a:xfrm>
                    <a:prstGeom prst="rect"/>
                  </pic:spPr>
                </pic:pic>
              </a:graphicData>
            </a:graphic>
          </wp:inline>
        </w:drawing>
      </w:r>
    </w:p>
    <w:p>
      <w:r>
        <w:t>Matched transcript</w:t>
      </w:r>
    </w:p>
    <w:p>
      <w:r>
        <w:t>image. At a distance of about 6 billion kilometers from Earth, our planet appeared as a tiny, faint dot in the vastness of space. Sagan poetically reflected on this image, emphasizing</w:t>
      </w:r>
    </w:p>
    <w:p>
      <w:pPr>
        <w:pStyle w:val="Heading2"/>
      </w:pPr>
      <w:r>
        <w:t>Fragment 45</w:t>
      </w:r>
    </w:p>
    <w:p>
      <w:r>
        <w:t>Time range: 04:08 - 04:12</w:t>
      </w:r>
    </w:p>
    <w:p>
      <w:r>
        <w:drawing>
          <wp:inline xmlns:a="http://schemas.openxmlformats.org/drawingml/2006/main" xmlns:pic="http://schemas.openxmlformats.org/drawingml/2006/picture">
            <wp:extent cx="5669280" cy="3188970"/>
            <wp:docPr id="45" name="Picture 45"/>
            <wp:cNvGraphicFramePr>
              <a:graphicFrameLocks noChangeAspect="1"/>
            </wp:cNvGraphicFramePr>
            <a:graphic>
              <a:graphicData uri="http://schemas.openxmlformats.org/drawingml/2006/picture">
                <pic:pic>
                  <pic:nvPicPr>
                    <pic:cNvPr id="0" name="slide_045.jpg"/>
                    <pic:cNvPicPr/>
                  </pic:nvPicPr>
                  <pic:blipFill>
                    <a:blip r:embed="rId53"/>
                    <a:stretch>
                      <a:fillRect/>
                    </a:stretch>
                  </pic:blipFill>
                  <pic:spPr>
                    <a:xfrm>
                      <a:off x="0" y="0"/>
                      <a:ext cx="5669280" cy="3188970"/>
                    </a:xfrm>
                    <a:prstGeom prst="rect"/>
                  </pic:spPr>
                </pic:pic>
              </a:graphicData>
            </a:graphic>
          </wp:inline>
        </w:drawing>
      </w:r>
    </w:p>
    <w:p>
      <w:r>
        <w:t>Matched transcript</w:t>
      </w:r>
    </w:p>
    <w:p>
      <w:r>
        <w:t>faint dot in the vastness of space. Sagan poetically reflected on this image, emphasizing our responsibility to cherish and preserve our only home, a small speck in the immense universe.</w:t>
      </w:r>
    </w:p>
    <w:p>
      <w:pPr>
        <w:pStyle w:val="Heading2"/>
      </w:pPr>
      <w:r>
        <w:t>Fragment 46</w:t>
      </w:r>
    </w:p>
    <w:p>
      <w:r>
        <w:t>Time range: 04:12 - 04:17</w:t>
      </w:r>
    </w:p>
    <w:p>
      <w:r>
        <w:drawing>
          <wp:inline xmlns:a="http://schemas.openxmlformats.org/drawingml/2006/main" xmlns:pic="http://schemas.openxmlformats.org/drawingml/2006/picture">
            <wp:extent cx="5669280" cy="3188970"/>
            <wp:docPr id="46" name="Picture 46"/>
            <wp:cNvGraphicFramePr>
              <a:graphicFrameLocks noChangeAspect="1"/>
            </wp:cNvGraphicFramePr>
            <a:graphic>
              <a:graphicData uri="http://schemas.openxmlformats.org/drawingml/2006/picture">
                <pic:pic>
                  <pic:nvPicPr>
                    <pic:cNvPr id="0" name="slide_046.jpg"/>
                    <pic:cNvPicPr/>
                  </pic:nvPicPr>
                  <pic:blipFill>
                    <a:blip r:embed="rId54"/>
                    <a:stretch>
                      <a:fillRect/>
                    </a:stretch>
                  </pic:blipFill>
                  <pic:spPr>
                    <a:xfrm>
                      <a:off x="0" y="0"/>
                      <a:ext cx="5669280" cy="3188970"/>
                    </a:xfrm>
                    <a:prstGeom prst="rect"/>
                  </pic:spPr>
                </pic:pic>
              </a:graphicData>
            </a:graphic>
          </wp:inline>
        </w:drawing>
      </w:r>
    </w:p>
    <w:p>
      <w:r>
        <w:t>Matched transcript</w:t>
      </w:r>
    </w:p>
    <w:p>
      <w:r>
        <w:t>our responsibility to cherish and preserve our only home, a small speck in the immense universe.</w:t>
      </w:r>
    </w:p>
    <w:p>
      <w:pPr>
        <w:pStyle w:val="Heading2"/>
      </w:pPr>
      <w:r>
        <w:t>Fragment 47</w:t>
      </w:r>
    </w:p>
    <w:p>
      <w:r>
        <w:t>Time range: 04:17 - 04:23</w:t>
      </w:r>
    </w:p>
    <w:p>
      <w:r>
        <w:drawing>
          <wp:inline xmlns:a="http://schemas.openxmlformats.org/drawingml/2006/main" xmlns:pic="http://schemas.openxmlformats.org/drawingml/2006/picture">
            <wp:extent cx="5669280" cy="3188970"/>
            <wp:docPr id="47" name="Picture 47"/>
            <wp:cNvGraphicFramePr>
              <a:graphicFrameLocks noChangeAspect="1"/>
            </wp:cNvGraphicFramePr>
            <a:graphic>
              <a:graphicData uri="http://schemas.openxmlformats.org/drawingml/2006/picture">
                <pic:pic>
                  <pic:nvPicPr>
                    <pic:cNvPr id="0" name="slide_047.jpg"/>
                    <pic:cNvPicPr/>
                  </pic:nvPicPr>
                  <pic:blipFill>
                    <a:blip r:embed="rId55"/>
                    <a:stretch>
                      <a:fillRect/>
                    </a:stretch>
                  </pic:blipFill>
                  <pic:spPr>
                    <a:xfrm>
                      <a:off x="0" y="0"/>
                      <a:ext cx="5669280" cy="3188970"/>
                    </a:xfrm>
                    <a:prstGeom prst="rect"/>
                  </pic:spPr>
                </pic:pic>
              </a:graphicData>
            </a:graphic>
          </wp:inline>
        </w:drawing>
      </w:r>
    </w:p>
    <w:p>
      <w:r>
        <w:t>Matched transcript</w:t>
      </w:r>
    </w:p>
    <w:p>
      <w:r>
        <w:t>At the very fringes of our solar system lies the Oort cloud, a vast theoretical sphere of icy</w:t>
      </w:r>
    </w:p>
    <w:p>
      <w:pPr>
        <w:pStyle w:val="Heading2"/>
      </w:pPr>
      <w:r>
        <w:t>Fragment 48</w:t>
      </w:r>
    </w:p>
    <w:p>
      <w:r>
        <w:t>Time range: 04:23 - 04:29</w:t>
      </w:r>
    </w:p>
    <w:p>
      <w:r>
        <w:drawing>
          <wp:inline xmlns:a="http://schemas.openxmlformats.org/drawingml/2006/main" xmlns:pic="http://schemas.openxmlformats.org/drawingml/2006/picture">
            <wp:extent cx="5669280" cy="3188970"/>
            <wp:docPr id="48" name="Picture 48"/>
            <wp:cNvGraphicFramePr>
              <a:graphicFrameLocks noChangeAspect="1"/>
            </wp:cNvGraphicFramePr>
            <a:graphic>
              <a:graphicData uri="http://schemas.openxmlformats.org/drawingml/2006/picture">
                <pic:pic>
                  <pic:nvPicPr>
                    <pic:cNvPr id="0" name="slide_048.jpg"/>
                    <pic:cNvPicPr/>
                  </pic:nvPicPr>
                  <pic:blipFill>
                    <a:blip r:embed="rId56"/>
                    <a:stretch>
                      <a:fillRect/>
                    </a:stretch>
                  </pic:blipFill>
                  <pic:spPr>
                    <a:xfrm>
                      <a:off x="0" y="0"/>
                      <a:ext cx="5669280" cy="3188970"/>
                    </a:xfrm>
                    <a:prstGeom prst="rect"/>
                  </pic:spPr>
                </pic:pic>
              </a:graphicData>
            </a:graphic>
          </wp:inline>
        </w:drawing>
      </w:r>
    </w:p>
    <w:p>
      <w:r>
        <w:t>Matched transcript</w:t>
      </w:r>
    </w:p>
    <w:p>
      <w:r>
        <w:t>At the very fringes of our solar system lies the Oort cloud, a vast theoretical sphere of icy objects. This distant cloud is thought to extend up to a staggering 100,000 astronomical</w:t>
      </w:r>
    </w:p>
    <w:p>
      <w:pPr>
        <w:pStyle w:val="Heading2"/>
      </w:pPr>
      <w:r>
        <w:t>Fragment 49</w:t>
      </w:r>
    </w:p>
    <w:p>
      <w:r>
        <w:t>Time range: 04:29 - 04:35</w:t>
      </w:r>
    </w:p>
    <w:p>
      <w:r>
        <w:drawing>
          <wp:inline xmlns:a="http://schemas.openxmlformats.org/drawingml/2006/main" xmlns:pic="http://schemas.openxmlformats.org/drawingml/2006/picture">
            <wp:extent cx="5669280" cy="3188970"/>
            <wp:docPr id="49" name="Picture 49"/>
            <wp:cNvGraphicFramePr>
              <a:graphicFrameLocks noChangeAspect="1"/>
            </wp:cNvGraphicFramePr>
            <a:graphic>
              <a:graphicData uri="http://schemas.openxmlformats.org/drawingml/2006/picture">
                <pic:pic>
                  <pic:nvPicPr>
                    <pic:cNvPr id="0" name="slide_049.jpg"/>
                    <pic:cNvPicPr/>
                  </pic:nvPicPr>
                  <pic:blipFill>
                    <a:blip r:embed="rId57"/>
                    <a:stretch>
                      <a:fillRect/>
                    </a:stretch>
                  </pic:blipFill>
                  <pic:spPr>
                    <a:xfrm>
                      <a:off x="0" y="0"/>
                      <a:ext cx="5669280" cy="3188970"/>
                    </a:xfrm>
                    <a:prstGeom prst="rect"/>
                  </pic:spPr>
                </pic:pic>
              </a:graphicData>
            </a:graphic>
          </wp:inline>
        </w:drawing>
      </w:r>
    </w:p>
    <w:p>
      <w:r>
        <w:t>Matched transcript</w:t>
      </w:r>
    </w:p>
    <w:p>
      <w:r>
        <w:t>objects. This distant cloud is thought to extend up to a staggering 100,000 astronomical units from the Sun. That's about 1.9 light-years, a distance so immense that it's on the cusp</w:t>
      </w:r>
    </w:p>
    <w:p>
      <w:pPr>
        <w:pStyle w:val="Heading2"/>
      </w:pPr>
      <w:r>
        <w:t>Fragment 50</w:t>
      </w:r>
    </w:p>
    <w:p>
      <w:r>
        <w:t>Time range: 04:35 - 04:41</w:t>
      </w:r>
    </w:p>
    <w:p>
      <w:r>
        <w:drawing>
          <wp:inline xmlns:a="http://schemas.openxmlformats.org/drawingml/2006/main" xmlns:pic="http://schemas.openxmlformats.org/drawingml/2006/picture">
            <wp:extent cx="5669280" cy="3188970"/>
            <wp:docPr id="50" name="Picture 50"/>
            <wp:cNvGraphicFramePr>
              <a:graphicFrameLocks noChangeAspect="1"/>
            </wp:cNvGraphicFramePr>
            <a:graphic>
              <a:graphicData uri="http://schemas.openxmlformats.org/drawingml/2006/picture">
                <pic:pic>
                  <pic:nvPicPr>
                    <pic:cNvPr id="0" name="slide_050.jpg"/>
                    <pic:cNvPicPr/>
                  </pic:nvPicPr>
                  <pic:blipFill>
                    <a:blip r:embed="rId58"/>
                    <a:stretch>
                      <a:fillRect/>
                    </a:stretch>
                  </pic:blipFill>
                  <pic:spPr>
                    <a:xfrm>
                      <a:off x="0" y="0"/>
                      <a:ext cx="5669280" cy="3188970"/>
                    </a:xfrm>
                    <a:prstGeom prst="rect"/>
                  </pic:spPr>
                </pic:pic>
              </a:graphicData>
            </a:graphic>
          </wp:inline>
        </w:drawing>
      </w:r>
    </w:p>
    <w:p>
      <w:r>
        <w:t>Matched transcript</w:t>
      </w:r>
    </w:p>
    <w:p>
      <w:r>
        <w:t>units from the Sun. That's about 1.9 light-years, a distance so immense that it's on the cusp of interstellar space. Scientists determine the boundary of interstellar space, known</w:t>
      </w:r>
    </w:p>
    <w:p>
      <w:pPr>
        <w:pStyle w:val="Heading2"/>
      </w:pPr>
      <w:r>
        <w:t>Fragment 51</w:t>
      </w:r>
    </w:p>
    <w:p>
      <w:r>
        <w:t>Time range: 04:41 - 04:47</w:t>
      </w:r>
    </w:p>
    <w:p>
      <w:r>
        <w:drawing>
          <wp:inline xmlns:a="http://schemas.openxmlformats.org/drawingml/2006/main" xmlns:pic="http://schemas.openxmlformats.org/drawingml/2006/picture">
            <wp:extent cx="5669280" cy="3188970"/>
            <wp:docPr id="51" name="Picture 51"/>
            <wp:cNvGraphicFramePr>
              <a:graphicFrameLocks noChangeAspect="1"/>
            </wp:cNvGraphicFramePr>
            <a:graphic>
              <a:graphicData uri="http://schemas.openxmlformats.org/drawingml/2006/picture">
                <pic:pic>
                  <pic:nvPicPr>
                    <pic:cNvPr id="0" name="slide_051.jpg"/>
                    <pic:cNvPicPr/>
                  </pic:nvPicPr>
                  <pic:blipFill>
                    <a:blip r:embed="rId59"/>
                    <a:stretch>
                      <a:fillRect/>
                    </a:stretch>
                  </pic:blipFill>
                  <pic:spPr>
                    <a:xfrm>
                      <a:off x="0" y="0"/>
                      <a:ext cx="5669280" cy="3188970"/>
                    </a:xfrm>
                    <a:prstGeom prst="rect"/>
                  </pic:spPr>
                </pic:pic>
              </a:graphicData>
            </a:graphic>
          </wp:inline>
        </w:drawing>
      </w:r>
    </w:p>
    <w:p>
      <w:r>
        <w:t>Matched transcript</w:t>
      </w:r>
    </w:p>
    <w:p>
      <w:r>
        <w:t>of interstellar space. Scientists determine the boundary of interstellar space, known as the heliopause, where the Sun's solar wind is stopped by the interstellar medium.</w:t>
      </w:r>
    </w:p>
    <w:p>
      <w:pPr>
        <w:pStyle w:val="Heading2"/>
      </w:pPr>
      <w:r>
        <w:t>Fragment 52</w:t>
      </w:r>
    </w:p>
    <w:p>
      <w:r>
        <w:t>Time range: 04:47 - 04:53</w:t>
      </w:r>
    </w:p>
    <w:p>
      <w:r>
        <w:drawing>
          <wp:inline xmlns:a="http://schemas.openxmlformats.org/drawingml/2006/main" xmlns:pic="http://schemas.openxmlformats.org/drawingml/2006/picture">
            <wp:extent cx="5669280" cy="3188970"/>
            <wp:docPr id="52" name="Picture 52"/>
            <wp:cNvGraphicFramePr>
              <a:graphicFrameLocks noChangeAspect="1"/>
            </wp:cNvGraphicFramePr>
            <a:graphic>
              <a:graphicData uri="http://schemas.openxmlformats.org/drawingml/2006/picture">
                <pic:pic>
                  <pic:nvPicPr>
                    <pic:cNvPr id="0" name="slide_052.jpg"/>
                    <pic:cNvPicPr/>
                  </pic:nvPicPr>
                  <pic:blipFill>
                    <a:blip r:embed="rId60"/>
                    <a:stretch>
                      <a:fillRect/>
                    </a:stretch>
                  </pic:blipFill>
                  <pic:spPr>
                    <a:xfrm>
                      <a:off x="0" y="0"/>
                      <a:ext cx="5669280" cy="3188970"/>
                    </a:xfrm>
                    <a:prstGeom prst="rect"/>
                  </pic:spPr>
                </pic:pic>
              </a:graphicData>
            </a:graphic>
          </wp:inline>
        </w:drawing>
      </w:r>
    </w:p>
    <w:p>
      <w:r>
        <w:t>Matched transcript</w:t>
      </w:r>
    </w:p>
    <w:p>
      <w:r>
        <w:t>as the heliopause, where the Sun's solar wind is stopped by the interstellar medium. This is where the influence of our sun ceases and the vast realm of interstellar space begins.</w:t>
      </w:r>
    </w:p>
    <w:p>
      <w:pPr>
        <w:pStyle w:val="Heading2"/>
      </w:pPr>
      <w:r>
        <w:t>Fragment 53</w:t>
      </w:r>
    </w:p>
    <w:p>
      <w:r>
        <w:t>Time range: 04:53 - 04:56</w:t>
      </w:r>
    </w:p>
    <w:p>
      <w:r>
        <w:drawing>
          <wp:inline xmlns:a="http://schemas.openxmlformats.org/drawingml/2006/main" xmlns:pic="http://schemas.openxmlformats.org/drawingml/2006/picture">
            <wp:extent cx="5669280" cy="3188970"/>
            <wp:docPr id="53" name="Picture 53"/>
            <wp:cNvGraphicFramePr>
              <a:graphicFrameLocks noChangeAspect="1"/>
            </wp:cNvGraphicFramePr>
            <a:graphic>
              <a:graphicData uri="http://schemas.openxmlformats.org/drawingml/2006/picture">
                <pic:pic>
                  <pic:nvPicPr>
                    <pic:cNvPr id="0" name="slide_053.jpg"/>
                    <pic:cNvPicPr/>
                  </pic:nvPicPr>
                  <pic:blipFill>
                    <a:blip r:embed="rId61"/>
                    <a:stretch>
                      <a:fillRect/>
                    </a:stretch>
                  </pic:blipFill>
                  <pic:spPr>
                    <a:xfrm>
                      <a:off x="0" y="0"/>
                      <a:ext cx="5669280" cy="3188970"/>
                    </a:xfrm>
                    <a:prstGeom prst="rect"/>
                  </pic:spPr>
                </pic:pic>
              </a:graphicData>
            </a:graphic>
          </wp:inline>
        </w:drawing>
      </w:r>
    </w:p>
    <w:p>
      <w:r>
        <w:t>Matched transcript</w:t>
      </w:r>
    </w:p>
    <w:p>
      <w:r>
        <w:t>This is where the influence of our sun ceases and the vast realm of interstellar space begins.</w:t>
      </w:r>
    </w:p>
    <w:p>
      <w:pPr>
        <w:pStyle w:val="Heading2"/>
      </w:pPr>
      <w:r>
        <w:t>Fragment 54</w:t>
      </w:r>
    </w:p>
    <w:p>
      <w:r>
        <w:t>Time range: 04:56 - 05:03</w:t>
      </w:r>
    </w:p>
    <w:p>
      <w:r>
        <w:drawing>
          <wp:inline xmlns:a="http://schemas.openxmlformats.org/drawingml/2006/main" xmlns:pic="http://schemas.openxmlformats.org/drawingml/2006/picture">
            <wp:extent cx="5669280" cy="3188970"/>
            <wp:docPr id="54" name="Picture 54"/>
            <wp:cNvGraphicFramePr>
              <a:graphicFrameLocks noChangeAspect="1"/>
            </wp:cNvGraphicFramePr>
            <a:graphic>
              <a:graphicData uri="http://schemas.openxmlformats.org/drawingml/2006/picture">
                <pic:pic>
                  <pic:nvPicPr>
                    <pic:cNvPr id="0" name="slide_054.jpg"/>
                    <pic:cNvPicPr/>
                  </pic:nvPicPr>
                  <pic:blipFill>
                    <a:blip r:embed="rId62"/>
                    <a:stretch>
                      <a:fillRect/>
                    </a:stretch>
                  </pic:blipFill>
                  <pic:spPr>
                    <a:xfrm>
                      <a:off x="0" y="0"/>
                      <a:ext cx="5669280" cy="3188970"/>
                    </a:xfrm>
                    <a:prstGeom prst="rect"/>
                  </pic:spPr>
                </pic:pic>
              </a:graphicData>
            </a:graphic>
          </wp:inline>
        </w:drawing>
      </w:r>
    </w:p>
    <w:p>
      <w:r>
        <w:t>Matched transcript</w:t>
      </w:r>
    </w:p>
    <w:p>
      <w:r>
        <w:t>This is where the influence of our sun ceases and the vast realm of interstellar space begins. The Oort cloud represents the final frontier of our solar system, a boundary zone where the sun's influence wanes and the cosmic journey into the galaxy truly begins.</w:t>
      </w:r>
    </w:p>
    <w:p>
      <w:pPr>
        <w:pStyle w:val="Heading2"/>
      </w:pPr>
      <w:r>
        <w:t>Fragment 55</w:t>
      </w:r>
    </w:p>
    <w:p>
      <w:r>
        <w:t>Time range: 05:03 - 05:09</w:t>
      </w:r>
    </w:p>
    <w:p>
      <w:r>
        <w:drawing>
          <wp:inline xmlns:a="http://schemas.openxmlformats.org/drawingml/2006/main" xmlns:pic="http://schemas.openxmlformats.org/drawingml/2006/picture">
            <wp:extent cx="5669280" cy="3188970"/>
            <wp:docPr id="55" name="Picture 55"/>
            <wp:cNvGraphicFramePr>
              <a:graphicFrameLocks noChangeAspect="1"/>
            </wp:cNvGraphicFramePr>
            <a:graphic>
              <a:graphicData uri="http://schemas.openxmlformats.org/drawingml/2006/picture">
                <pic:pic>
                  <pic:nvPicPr>
                    <pic:cNvPr id="0" name="slide_055.jpg"/>
                    <pic:cNvPicPr/>
                  </pic:nvPicPr>
                  <pic:blipFill>
                    <a:blip r:embed="rId63"/>
                    <a:stretch>
                      <a:fillRect/>
                    </a:stretch>
                  </pic:blipFill>
                  <pic:spPr>
                    <a:xfrm>
                      <a:off x="0" y="0"/>
                      <a:ext cx="5669280" cy="3188970"/>
                    </a:xfrm>
                    <a:prstGeom prst="rect"/>
                  </pic:spPr>
                </pic:pic>
              </a:graphicData>
            </a:graphic>
          </wp:inline>
        </w:drawing>
      </w:r>
    </w:p>
    <w:p>
      <w:r>
        <w:t>Matched transcript</w:t>
      </w:r>
    </w:p>
    <w:p>
      <w:r>
        <w:t>the sun's influence wanes and the cosmic journey into the galaxy truly begins. As we venture beyond the confines of our solar system, our next point of interest is Alpha</w:t>
      </w:r>
    </w:p>
    <w:p>
      <w:pPr>
        <w:pStyle w:val="Heading2"/>
      </w:pPr>
      <w:r>
        <w:t>Fragment 56</w:t>
      </w:r>
    </w:p>
    <w:p>
      <w:r>
        <w:t>Time range: 05:09 - 05:15</w:t>
      </w:r>
    </w:p>
    <w:p>
      <w:r>
        <w:drawing>
          <wp:inline xmlns:a="http://schemas.openxmlformats.org/drawingml/2006/main" xmlns:pic="http://schemas.openxmlformats.org/drawingml/2006/picture">
            <wp:extent cx="5669280" cy="3188970"/>
            <wp:docPr id="56" name="Picture 56"/>
            <wp:cNvGraphicFramePr>
              <a:graphicFrameLocks noChangeAspect="1"/>
            </wp:cNvGraphicFramePr>
            <a:graphic>
              <a:graphicData uri="http://schemas.openxmlformats.org/drawingml/2006/picture">
                <pic:pic>
                  <pic:nvPicPr>
                    <pic:cNvPr id="0" name="slide_056.jpg"/>
                    <pic:cNvPicPr/>
                  </pic:nvPicPr>
                  <pic:blipFill>
                    <a:blip r:embed="rId64"/>
                    <a:stretch>
                      <a:fillRect/>
                    </a:stretch>
                  </pic:blipFill>
                  <pic:spPr>
                    <a:xfrm>
                      <a:off x="0" y="0"/>
                      <a:ext cx="5669280" cy="3188970"/>
                    </a:xfrm>
                    <a:prstGeom prst="rect"/>
                  </pic:spPr>
                </pic:pic>
              </a:graphicData>
            </a:graphic>
          </wp:inline>
        </w:drawing>
      </w:r>
    </w:p>
    <w:p>
      <w:r>
        <w:t>Matched transcript</w:t>
      </w:r>
    </w:p>
    <w:p>
      <w:r>
        <w:t>As we venture beyond the confines of our solar system, our next point of interest is Alpha Centauri, the closest star system to our Sun. Located about 41.3 trillion kilometers away,</w:t>
      </w:r>
    </w:p>
    <w:p>
      <w:pPr>
        <w:pStyle w:val="Heading2"/>
      </w:pPr>
      <w:r>
        <w:t>Fragment 57</w:t>
      </w:r>
    </w:p>
    <w:p>
      <w:r>
        <w:t>Time range: 05:15 - 05:21</w:t>
      </w:r>
    </w:p>
    <w:p>
      <w:r>
        <w:drawing>
          <wp:inline xmlns:a="http://schemas.openxmlformats.org/drawingml/2006/main" xmlns:pic="http://schemas.openxmlformats.org/drawingml/2006/picture">
            <wp:extent cx="5669280" cy="3188970"/>
            <wp:docPr id="57" name="Picture 57"/>
            <wp:cNvGraphicFramePr>
              <a:graphicFrameLocks noChangeAspect="1"/>
            </wp:cNvGraphicFramePr>
            <a:graphic>
              <a:graphicData uri="http://schemas.openxmlformats.org/drawingml/2006/picture">
                <pic:pic>
                  <pic:nvPicPr>
                    <pic:cNvPr id="0" name="slide_057.jpg"/>
                    <pic:cNvPicPr/>
                  </pic:nvPicPr>
                  <pic:blipFill>
                    <a:blip r:embed="rId65"/>
                    <a:stretch>
                      <a:fillRect/>
                    </a:stretch>
                  </pic:blipFill>
                  <pic:spPr>
                    <a:xfrm>
                      <a:off x="0" y="0"/>
                      <a:ext cx="5669280" cy="3188970"/>
                    </a:xfrm>
                    <a:prstGeom prst="rect"/>
                  </pic:spPr>
                </pic:pic>
              </a:graphicData>
            </a:graphic>
          </wp:inline>
        </w:drawing>
      </w:r>
    </w:p>
    <w:p>
      <w:r>
        <w:t>Matched transcript</w:t>
      </w:r>
    </w:p>
    <w:p>
      <w:r>
        <w:t>Centauri, the closest star system to our Sun. Located about 41.3 trillion kilometers away, this distance is equivalent to over 276,000 astronomical units. At such colossal distances,</w:t>
      </w:r>
    </w:p>
    <w:p>
      <w:pPr>
        <w:pStyle w:val="Heading2"/>
      </w:pPr>
      <w:r>
        <w:t>Fragment 58</w:t>
      </w:r>
    </w:p>
    <w:p>
      <w:r>
        <w:t>Time range: 05:21 - 05:27</w:t>
      </w:r>
    </w:p>
    <w:p>
      <w:r>
        <w:drawing>
          <wp:inline xmlns:a="http://schemas.openxmlformats.org/drawingml/2006/main" xmlns:pic="http://schemas.openxmlformats.org/drawingml/2006/picture">
            <wp:extent cx="5669280" cy="3188970"/>
            <wp:docPr id="58" name="Picture 58"/>
            <wp:cNvGraphicFramePr>
              <a:graphicFrameLocks noChangeAspect="1"/>
            </wp:cNvGraphicFramePr>
            <a:graphic>
              <a:graphicData uri="http://schemas.openxmlformats.org/drawingml/2006/picture">
                <pic:pic>
                  <pic:nvPicPr>
                    <pic:cNvPr id="0" name="slide_058.jpg"/>
                    <pic:cNvPicPr/>
                  </pic:nvPicPr>
                  <pic:blipFill>
                    <a:blip r:embed="rId66"/>
                    <a:stretch>
                      <a:fillRect/>
                    </a:stretch>
                  </pic:blipFill>
                  <pic:spPr>
                    <a:xfrm>
                      <a:off x="0" y="0"/>
                      <a:ext cx="5669280" cy="3188970"/>
                    </a:xfrm>
                    <a:prstGeom prst="rect"/>
                  </pic:spPr>
                </pic:pic>
              </a:graphicData>
            </a:graphic>
          </wp:inline>
        </w:drawing>
      </w:r>
    </w:p>
    <w:p>
      <w:r>
        <w:t>Matched transcript</w:t>
      </w:r>
    </w:p>
    <w:p>
      <w:r>
        <w:t>this distance is equivalent to over 276,000 astronomical units. At such colossal distances,</w:t>
      </w:r>
    </w:p>
    <w:p>
      <w:pPr>
        <w:pStyle w:val="Heading2"/>
      </w:pPr>
      <w:r>
        <w:t>Fragment 59</w:t>
      </w:r>
    </w:p>
    <w:p>
      <w:r>
        <w:t>Time range: 05:27 - 05:31</w:t>
      </w:r>
    </w:p>
    <w:p>
      <w:r>
        <w:drawing>
          <wp:inline xmlns:a="http://schemas.openxmlformats.org/drawingml/2006/main" xmlns:pic="http://schemas.openxmlformats.org/drawingml/2006/picture">
            <wp:extent cx="5669280" cy="3188970"/>
            <wp:docPr id="59" name="Picture 59"/>
            <wp:cNvGraphicFramePr>
              <a:graphicFrameLocks noChangeAspect="1"/>
            </wp:cNvGraphicFramePr>
            <a:graphic>
              <a:graphicData uri="http://schemas.openxmlformats.org/drawingml/2006/picture">
                <pic:pic>
                  <pic:nvPicPr>
                    <pic:cNvPr id="0" name="slide_059.jpg"/>
                    <pic:cNvPicPr/>
                  </pic:nvPicPr>
                  <pic:blipFill>
                    <a:blip r:embed="rId67"/>
                    <a:stretch>
                      <a:fillRect/>
                    </a:stretch>
                  </pic:blipFill>
                  <pic:spPr>
                    <a:xfrm>
                      <a:off x="0" y="0"/>
                      <a:ext cx="5669280" cy="3188970"/>
                    </a:xfrm>
                    <a:prstGeom prst="rect"/>
                  </pic:spPr>
                </pic:pic>
              </a:graphicData>
            </a:graphic>
          </wp:inline>
        </w:drawing>
      </w:r>
    </w:p>
    <w:p>
      <w:r>
        <w:t>Matched transcript</w:t>
      </w:r>
    </w:p>
    <w:p>
      <w:r>
        <w:t>this distance is equivalent to over 276,000 astronomical units. At such colossal distances, the AU a measure so convenient within our solar system begins to lose its practicality Hence astronomers use the light year the distance light travels in one year for interstellar measurements</w:t>
      </w:r>
    </w:p>
    <w:p>
      <w:pPr>
        <w:pStyle w:val="Heading2"/>
      </w:pPr>
      <w:r>
        <w:t>Fragment 60</w:t>
      </w:r>
    </w:p>
    <w:p>
      <w:r>
        <w:t>Time range: 05:31 - 05:37</w:t>
      </w:r>
    </w:p>
    <w:p>
      <w:r>
        <w:drawing>
          <wp:inline xmlns:a="http://schemas.openxmlformats.org/drawingml/2006/main" xmlns:pic="http://schemas.openxmlformats.org/drawingml/2006/picture">
            <wp:extent cx="5669280" cy="3188970"/>
            <wp:docPr id="60" name="Picture 60"/>
            <wp:cNvGraphicFramePr>
              <a:graphicFrameLocks noChangeAspect="1"/>
            </wp:cNvGraphicFramePr>
            <a:graphic>
              <a:graphicData uri="http://schemas.openxmlformats.org/drawingml/2006/picture">
                <pic:pic>
                  <pic:nvPicPr>
                    <pic:cNvPr id="0" name="slide_060.jpg"/>
                    <pic:cNvPicPr/>
                  </pic:nvPicPr>
                  <pic:blipFill>
                    <a:blip r:embed="rId68"/>
                    <a:stretch>
                      <a:fillRect/>
                    </a:stretch>
                  </pic:blipFill>
                  <pic:spPr>
                    <a:xfrm>
                      <a:off x="0" y="0"/>
                      <a:ext cx="5669280" cy="3188970"/>
                    </a:xfrm>
                    <a:prstGeom prst="rect"/>
                  </pic:spPr>
                </pic:pic>
              </a:graphicData>
            </a:graphic>
          </wp:inline>
        </w:drawing>
      </w:r>
    </w:p>
    <w:p>
      <w:r>
        <w:t>Matched transcript</w:t>
      </w:r>
    </w:p>
    <w:p>
      <w:r>
        <w:t>the AU a measure so convenient within our solar system begins to lose its practicality Hence astronomers use the light year the distance light travels in one year for interstellar measurements</w:t>
      </w:r>
    </w:p>
    <w:p>
      <w:pPr>
        <w:pStyle w:val="Heading2"/>
      </w:pPr>
      <w:r>
        <w:t>Fragment 61</w:t>
      </w:r>
    </w:p>
    <w:p>
      <w:r>
        <w:t>Time range: 05:37 - 05:43</w:t>
      </w:r>
    </w:p>
    <w:p>
      <w:r>
        <w:drawing>
          <wp:inline xmlns:a="http://schemas.openxmlformats.org/drawingml/2006/main" xmlns:pic="http://schemas.openxmlformats.org/drawingml/2006/picture">
            <wp:extent cx="5669280" cy="3188970"/>
            <wp:docPr id="61" name="Picture 61"/>
            <wp:cNvGraphicFramePr>
              <a:graphicFrameLocks noChangeAspect="1"/>
            </wp:cNvGraphicFramePr>
            <a:graphic>
              <a:graphicData uri="http://schemas.openxmlformats.org/drawingml/2006/picture">
                <pic:pic>
                  <pic:nvPicPr>
                    <pic:cNvPr id="0" name="slide_061.jpg"/>
                    <pic:cNvPicPr/>
                  </pic:nvPicPr>
                  <pic:blipFill>
                    <a:blip r:embed="rId69"/>
                    <a:stretch>
                      <a:fillRect/>
                    </a:stretch>
                  </pic:blipFill>
                  <pic:spPr>
                    <a:xfrm>
                      <a:off x="0" y="0"/>
                      <a:ext cx="5669280" cy="3188970"/>
                    </a:xfrm>
                    <a:prstGeom prst="rect"/>
                  </pic:spPr>
                </pic:pic>
              </a:graphicData>
            </a:graphic>
          </wp:inline>
        </w:drawing>
      </w:r>
    </w:p>
    <w:p>
      <w:r>
        <w:t>Matched transcript</w:t>
      </w:r>
    </w:p>
    <w:p>
      <w:r>
        <w:t>the AU a measure so convenient within our solar system begins to lose its practicality Hence astronomers use the light year the distance light travels in one year for interstellar measurements Alpha Centauri is about 4.4 light years away from us.</w:t>
      </w:r>
    </w:p>
    <w:p>
      <w:pPr>
        <w:pStyle w:val="Heading2"/>
      </w:pPr>
      <w:r>
        <w:t>Fragment 62</w:t>
      </w:r>
    </w:p>
    <w:p>
      <w:r>
        <w:t>Time range: 05:43 - 05:49</w:t>
      </w:r>
    </w:p>
    <w:p>
      <w:r>
        <w:drawing>
          <wp:inline xmlns:a="http://schemas.openxmlformats.org/drawingml/2006/main" xmlns:pic="http://schemas.openxmlformats.org/drawingml/2006/picture">
            <wp:extent cx="5669280" cy="3188970"/>
            <wp:docPr id="62" name="Picture 62"/>
            <wp:cNvGraphicFramePr>
              <a:graphicFrameLocks noChangeAspect="1"/>
            </wp:cNvGraphicFramePr>
            <a:graphic>
              <a:graphicData uri="http://schemas.openxmlformats.org/drawingml/2006/picture">
                <pic:pic>
                  <pic:nvPicPr>
                    <pic:cNvPr id="0" name="slide_062.jpg"/>
                    <pic:cNvPicPr/>
                  </pic:nvPicPr>
                  <pic:blipFill>
                    <a:blip r:embed="rId70"/>
                    <a:stretch>
                      <a:fillRect/>
                    </a:stretch>
                  </pic:blipFill>
                  <pic:spPr>
                    <a:xfrm>
                      <a:off x="0" y="0"/>
                      <a:ext cx="5669280" cy="3188970"/>
                    </a:xfrm>
                    <a:prstGeom prst="rect"/>
                  </pic:spPr>
                </pic:pic>
              </a:graphicData>
            </a:graphic>
          </wp:inline>
        </w:drawing>
      </w:r>
    </w:p>
    <w:p>
      <w:r>
        <w:t>Matched transcript</w:t>
      </w:r>
    </w:p>
    <w:p>
      <w:r>
        <w:t>Alpha Centauri is about 4.4 light years away from us. Considering our current space travel technology, a journey to Alpha Centauri is almost unfathomable.</w:t>
      </w:r>
    </w:p>
    <w:p>
      <w:pPr>
        <w:pStyle w:val="Heading2"/>
      </w:pPr>
      <w:r>
        <w:t>Fragment 63</w:t>
      </w:r>
    </w:p>
    <w:p>
      <w:r>
        <w:t>Time range: 05:49 - 05:55</w:t>
      </w:r>
    </w:p>
    <w:p>
      <w:r>
        <w:drawing>
          <wp:inline xmlns:a="http://schemas.openxmlformats.org/drawingml/2006/main" xmlns:pic="http://schemas.openxmlformats.org/drawingml/2006/picture">
            <wp:extent cx="5669280" cy="3188970"/>
            <wp:docPr id="63" name="Picture 63"/>
            <wp:cNvGraphicFramePr>
              <a:graphicFrameLocks noChangeAspect="1"/>
            </wp:cNvGraphicFramePr>
            <a:graphic>
              <a:graphicData uri="http://schemas.openxmlformats.org/drawingml/2006/picture">
                <pic:pic>
                  <pic:nvPicPr>
                    <pic:cNvPr id="0" name="slide_063.jpg"/>
                    <pic:cNvPicPr/>
                  </pic:nvPicPr>
                  <pic:blipFill>
                    <a:blip r:embed="rId71"/>
                    <a:stretch>
                      <a:fillRect/>
                    </a:stretch>
                  </pic:blipFill>
                  <pic:spPr>
                    <a:xfrm>
                      <a:off x="0" y="0"/>
                      <a:ext cx="5669280" cy="3188970"/>
                    </a:xfrm>
                    <a:prstGeom prst="rect"/>
                  </pic:spPr>
                </pic:pic>
              </a:graphicData>
            </a:graphic>
          </wp:inline>
        </w:drawing>
      </w:r>
    </w:p>
    <w:p>
      <w:r>
        <w:t>Matched transcript</w:t>
      </w:r>
    </w:p>
    <w:p>
      <w:r>
        <w:t>Considering our current space travel technology, a journey to Alpha Centauri is almost unfathomable. For instance, the Voyager spacecraft, traveling at about 17 kilometers per second, would take over 70,000 years to reach this neighboring star system.</w:t>
      </w:r>
    </w:p>
    <w:p>
      <w:pPr>
        <w:pStyle w:val="Heading2"/>
      </w:pPr>
      <w:r>
        <w:t>Fragment 64</w:t>
      </w:r>
    </w:p>
    <w:p>
      <w:r>
        <w:t>Time range: 05:55 - 06:01</w:t>
      </w:r>
    </w:p>
    <w:p>
      <w:r>
        <w:drawing>
          <wp:inline xmlns:a="http://schemas.openxmlformats.org/drawingml/2006/main" xmlns:pic="http://schemas.openxmlformats.org/drawingml/2006/picture">
            <wp:extent cx="5669280" cy="3188970"/>
            <wp:docPr id="64" name="Picture 64"/>
            <wp:cNvGraphicFramePr>
              <a:graphicFrameLocks noChangeAspect="1"/>
            </wp:cNvGraphicFramePr>
            <a:graphic>
              <a:graphicData uri="http://schemas.openxmlformats.org/drawingml/2006/picture">
                <pic:pic>
                  <pic:nvPicPr>
                    <pic:cNvPr id="0" name="slide_064.jpg"/>
                    <pic:cNvPicPr/>
                  </pic:nvPicPr>
                  <pic:blipFill>
                    <a:blip r:embed="rId72"/>
                    <a:stretch>
                      <a:fillRect/>
                    </a:stretch>
                  </pic:blipFill>
                  <pic:spPr>
                    <a:xfrm>
                      <a:off x="0" y="0"/>
                      <a:ext cx="5669280" cy="3188970"/>
                    </a:xfrm>
                    <a:prstGeom prst="rect"/>
                  </pic:spPr>
                </pic:pic>
              </a:graphicData>
            </a:graphic>
          </wp:inline>
        </w:drawing>
      </w:r>
    </w:p>
    <w:p>
      <w:r>
        <w:t>Matched transcript</w:t>
      </w:r>
    </w:p>
    <w:p>
      <w:r>
        <w:t>For instance, the Voyager spacecraft, traveling at about 17 kilometers per second, would take over 70,000 years to reach this neighboring star system.</w:t>
      </w:r>
    </w:p>
    <w:p>
      <w:pPr>
        <w:pStyle w:val="Heading2"/>
      </w:pPr>
      <w:r>
        <w:t>Fragment 65</w:t>
      </w:r>
    </w:p>
    <w:p>
      <w:r>
        <w:t>Time range: 06:01 - 06:04</w:t>
      </w:r>
    </w:p>
    <w:p>
      <w:r>
        <w:drawing>
          <wp:inline xmlns:a="http://schemas.openxmlformats.org/drawingml/2006/main" xmlns:pic="http://schemas.openxmlformats.org/drawingml/2006/picture">
            <wp:extent cx="5669280" cy="3188970"/>
            <wp:docPr id="65" name="Picture 65"/>
            <wp:cNvGraphicFramePr>
              <a:graphicFrameLocks noChangeAspect="1"/>
            </wp:cNvGraphicFramePr>
            <a:graphic>
              <a:graphicData uri="http://schemas.openxmlformats.org/drawingml/2006/picture">
                <pic:pic>
                  <pic:nvPicPr>
                    <pic:cNvPr id="0" name="slide_065.jpg"/>
                    <pic:cNvPicPr/>
                  </pic:nvPicPr>
                  <pic:blipFill>
                    <a:blip r:embed="rId73"/>
                    <a:stretch>
                      <a:fillRect/>
                    </a:stretch>
                  </pic:blipFill>
                  <pic:spPr>
                    <a:xfrm>
                      <a:off x="0" y="0"/>
                      <a:ext cx="5669280" cy="3188970"/>
                    </a:xfrm>
                    <a:prstGeom prst="rect"/>
                  </pic:spPr>
                </pic:pic>
              </a:graphicData>
            </a:graphic>
          </wp:inline>
        </w:drawing>
      </w:r>
    </w:p>
    <w:p>
      <w:r>
        <w:t>Matched transcript</w:t>
      </w:r>
    </w:p>
    <w:p>
      <w:r>
        <w:t>For instance, the Voyager spacecraft, traveling at about 17 kilometers per second, would take over 70,000 years to reach this neighboring star system. This immense distance underscores the vastness of space that separates the stars and highlights the challenges of interstellar travel.</w:t>
      </w:r>
    </w:p>
    <w:p>
      <w:pPr>
        <w:pStyle w:val="Heading2"/>
      </w:pPr>
      <w:r>
        <w:t>Fragment 66</w:t>
      </w:r>
    </w:p>
    <w:p>
      <w:r>
        <w:t>Time range: 06:04 - 06:10</w:t>
      </w:r>
    </w:p>
    <w:p>
      <w:r>
        <w:drawing>
          <wp:inline xmlns:a="http://schemas.openxmlformats.org/drawingml/2006/main" xmlns:pic="http://schemas.openxmlformats.org/drawingml/2006/picture">
            <wp:extent cx="5669280" cy="3188970"/>
            <wp:docPr id="66" name="Picture 66"/>
            <wp:cNvGraphicFramePr>
              <a:graphicFrameLocks noChangeAspect="1"/>
            </wp:cNvGraphicFramePr>
            <a:graphic>
              <a:graphicData uri="http://schemas.openxmlformats.org/drawingml/2006/picture">
                <pic:pic>
                  <pic:nvPicPr>
                    <pic:cNvPr id="0" name="slide_066.jpg"/>
                    <pic:cNvPicPr/>
                  </pic:nvPicPr>
                  <pic:blipFill>
                    <a:blip r:embed="rId74"/>
                    <a:stretch>
                      <a:fillRect/>
                    </a:stretch>
                  </pic:blipFill>
                  <pic:spPr>
                    <a:xfrm>
                      <a:off x="0" y="0"/>
                      <a:ext cx="5669280" cy="3188970"/>
                    </a:xfrm>
                    <a:prstGeom prst="rect"/>
                  </pic:spPr>
                </pic:pic>
              </a:graphicData>
            </a:graphic>
          </wp:inline>
        </w:drawing>
      </w:r>
    </w:p>
    <w:p>
      <w:r>
        <w:t>Matched transcript</w:t>
      </w:r>
    </w:p>
    <w:p>
      <w:r>
        <w:t>This immense distance underscores the vastness of space that separates the stars and highlights the challenges of interstellar travel.</w:t>
      </w:r>
    </w:p>
    <w:p>
      <w:pPr>
        <w:pStyle w:val="Heading2"/>
      </w:pPr>
      <w:r>
        <w:t>Fragment 67</w:t>
      </w:r>
    </w:p>
    <w:p>
      <w:r>
        <w:t>Time range: 06:10 - 06:16</w:t>
      </w:r>
    </w:p>
    <w:p>
      <w:r>
        <w:drawing>
          <wp:inline xmlns:a="http://schemas.openxmlformats.org/drawingml/2006/main" xmlns:pic="http://schemas.openxmlformats.org/drawingml/2006/picture">
            <wp:extent cx="5669280" cy="3188970"/>
            <wp:docPr id="67" name="Picture 67"/>
            <wp:cNvGraphicFramePr>
              <a:graphicFrameLocks noChangeAspect="1"/>
            </wp:cNvGraphicFramePr>
            <a:graphic>
              <a:graphicData uri="http://schemas.openxmlformats.org/drawingml/2006/picture">
                <pic:pic>
                  <pic:nvPicPr>
                    <pic:cNvPr id="0" name="slide_067.jpg"/>
                    <pic:cNvPicPr/>
                  </pic:nvPicPr>
                  <pic:blipFill>
                    <a:blip r:embed="rId75"/>
                    <a:stretch>
                      <a:fillRect/>
                    </a:stretch>
                  </pic:blipFill>
                  <pic:spPr>
                    <a:xfrm>
                      <a:off x="0" y="0"/>
                      <a:ext cx="5669280" cy="3188970"/>
                    </a:xfrm>
                    <a:prstGeom prst="rect"/>
                  </pic:spPr>
                </pic:pic>
              </a:graphicData>
            </a:graphic>
          </wp:inline>
        </w:drawing>
      </w:r>
    </w:p>
    <w:p>
      <w:r>
        <w:t>Matched transcript</w:t>
      </w:r>
    </w:p>
    <w:p>
      <w:r>
        <w:t>Our journey now takes us to the grand scale of our home galaxy, the Milky Way.</w:t>
      </w:r>
    </w:p>
    <w:p>
      <w:pPr>
        <w:pStyle w:val="Heading2"/>
      </w:pPr>
      <w:r>
        <w:t>Fragment 68</w:t>
      </w:r>
    </w:p>
    <w:p>
      <w:r>
        <w:t>Time range: 06:16 - 06:22</w:t>
      </w:r>
    </w:p>
    <w:p>
      <w:r>
        <w:drawing>
          <wp:inline xmlns:a="http://schemas.openxmlformats.org/drawingml/2006/main" xmlns:pic="http://schemas.openxmlformats.org/drawingml/2006/picture">
            <wp:extent cx="5669280" cy="3188970"/>
            <wp:docPr id="68" name="Picture 68"/>
            <wp:cNvGraphicFramePr>
              <a:graphicFrameLocks noChangeAspect="1"/>
            </wp:cNvGraphicFramePr>
            <a:graphic>
              <a:graphicData uri="http://schemas.openxmlformats.org/drawingml/2006/picture">
                <pic:pic>
                  <pic:nvPicPr>
                    <pic:cNvPr id="0" name="slide_068.jpg"/>
                    <pic:cNvPicPr/>
                  </pic:nvPicPr>
                  <pic:blipFill>
                    <a:blip r:embed="rId76"/>
                    <a:stretch>
                      <a:fillRect/>
                    </a:stretch>
                  </pic:blipFill>
                  <pic:spPr>
                    <a:xfrm>
                      <a:off x="0" y="0"/>
                      <a:ext cx="5669280" cy="3188970"/>
                    </a:xfrm>
                    <a:prstGeom prst="rect"/>
                  </pic:spPr>
                </pic:pic>
              </a:graphicData>
            </a:graphic>
          </wp:inline>
        </w:drawing>
      </w:r>
    </w:p>
    <w:p>
      <w:r>
        <w:t>Matched transcript</w:t>
      </w:r>
    </w:p>
    <w:p>
      <w:r>
        <w:t>Spanning about 100,000 light-years in diameter, this vast spiral galaxy is home to hundreds of billions of stars,</w:t>
      </w:r>
    </w:p>
    <w:p>
      <w:pPr>
        <w:pStyle w:val="Heading2"/>
      </w:pPr>
      <w:r>
        <w:t>Fragment 69</w:t>
      </w:r>
    </w:p>
    <w:p>
      <w:r>
        <w:t>Time range: 06:22 - 06:28</w:t>
      </w:r>
    </w:p>
    <w:p>
      <w:r>
        <w:drawing>
          <wp:inline xmlns:a="http://schemas.openxmlformats.org/drawingml/2006/main" xmlns:pic="http://schemas.openxmlformats.org/drawingml/2006/picture">
            <wp:extent cx="5669280" cy="3188970"/>
            <wp:docPr id="69" name="Picture 69"/>
            <wp:cNvGraphicFramePr>
              <a:graphicFrameLocks noChangeAspect="1"/>
            </wp:cNvGraphicFramePr>
            <a:graphic>
              <a:graphicData uri="http://schemas.openxmlformats.org/drawingml/2006/picture">
                <pic:pic>
                  <pic:nvPicPr>
                    <pic:cNvPr id="0" name="slide_069.jpg"/>
                    <pic:cNvPicPr/>
                  </pic:nvPicPr>
                  <pic:blipFill>
                    <a:blip r:embed="rId77"/>
                    <a:stretch>
                      <a:fillRect/>
                    </a:stretch>
                  </pic:blipFill>
                  <pic:spPr>
                    <a:xfrm>
                      <a:off x="0" y="0"/>
                      <a:ext cx="5669280" cy="3188970"/>
                    </a:xfrm>
                    <a:prstGeom prst="rect"/>
                  </pic:spPr>
                </pic:pic>
              </a:graphicData>
            </a:graphic>
          </wp:inline>
        </w:drawing>
      </w:r>
    </w:p>
    <w:p>
      <w:r>
        <w:t>Matched transcript</w:t>
      </w:r>
    </w:p>
    <w:p>
      <w:r>
        <w:t>this vast spiral galaxy is home to hundreds of billions of stars, each potentially hosting their own planetary systems. Within this immense structure, there's a tiny sphere known as the human radio bubble,</w:t>
      </w:r>
    </w:p>
    <w:p>
      <w:pPr>
        <w:pStyle w:val="Heading2"/>
      </w:pPr>
      <w:r>
        <w:t>Fragment 70</w:t>
      </w:r>
    </w:p>
    <w:p>
      <w:r>
        <w:t>Time range: 06:28 - 06:34</w:t>
      </w:r>
    </w:p>
    <w:p>
      <w:r>
        <w:drawing>
          <wp:inline xmlns:a="http://schemas.openxmlformats.org/drawingml/2006/main" xmlns:pic="http://schemas.openxmlformats.org/drawingml/2006/picture">
            <wp:extent cx="5669280" cy="3188970"/>
            <wp:docPr id="70" name="Picture 70"/>
            <wp:cNvGraphicFramePr>
              <a:graphicFrameLocks noChangeAspect="1"/>
            </wp:cNvGraphicFramePr>
            <a:graphic>
              <a:graphicData uri="http://schemas.openxmlformats.org/drawingml/2006/picture">
                <pic:pic>
                  <pic:nvPicPr>
                    <pic:cNvPr id="0" name="slide_070.jpg"/>
                    <pic:cNvPicPr/>
                  </pic:nvPicPr>
                  <pic:blipFill>
                    <a:blip r:embed="rId78"/>
                    <a:stretch>
                      <a:fillRect/>
                    </a:stretch>
                  </pic:blipFill>
                  <pic:spPr>
                    <a:xfrm>
                      <a:off x="0" y="0"/>
                      <a:ext cx="5669280" cy="3188970"/>
                    </a:xfrm>
                    <a:prstGeom prst="rect"/>
                  </pic:spPr>
                </pic:pic>
              </a:graphicData>
            </a:graphic>
          </wp:inline>
        </w:drawing>
      </w:r>
    </w:p>
    <w:p>
      <w:r>
        <w:t>Matched transcript</w:t>
      </w:r>
    </w:p>
    <w:p>
      <w:r>
        <w:t>Within this immense structure, there's a tiny sphere known as the human radio bubble, extending about 100 light-years from Earth.</w:t>
      </w:r>
    </w:p>
    <w:p>
      <w:pPr>
        <w:pStyle w:val="Heading2"/>
      </w:pPr>
      <w:r>
        <w:t>Fragment 71</w:t>
      </w:r>
    </w:p>
    <w:p>
      <w:r>
        <w:t>Time range: 06:34 - 06:40</w:t>
      </w:r>
    </w:p>
    <w:p>
      <w:r>
        <w:drawing>
          <wp:inline xmlns:a="http://schemas.openxmlformats.org/drawingml/2006/main" xmlns:pic="http://schemas.openxmlformats.org/drawingml/2006/picture">
            <wp:extent cx="5669280" cy="3188970"/>
            <wp:docPr id="71" name="Picture 71"/>
            <wp:cNvGraphicFramePr>
              <a:graphicFrameLocks noChangeAspect="1"/>
            </wp:cNvGraphicFramePr>
            <a:graphic>
              <a:graphicData uri="http://schemas.openxmlformats.org/drawingml/2006/picture">
                <pic:pic>
                  <pic:nvPicPr>
                    <pic:cNvPr id="0" name="slide_071.jpg"/>
                    <pic:cNvPicPr/>
                  </pic:nvPicPr>
                  <pic:blipFill>
                    <a:blip r:embed="rId79"/>
                    <a:stretch>
                      <a:fillRect/>
                    </a:stretch>
                  </pic:blipFill>
                  <pic:spPr>
                    <a:xfrm>
                      <a:off x="0" y="0"/>
                      <a:ext cx="5669280" cy="3188970"/>
                    </a:xfrm>
                    <a:prstGeom prst="rect"/>
                  </pic:spPr>
                </pic:pic>
              </a:graphicData>
            </a:graphic>
          </wp:inline>
        </w:drawing>
      </w:r>
    </w:p>
    <w:p>
      <w:r>
        <w:t>Matched transcript</w:t>
      </w:r>
    </w:p>
    <w:p>
      <w:r>
        <w:t>extending about 100 light-years from Earth. This bubble represents the farthest extent of human influence in the cosmos, the reach of our radio and television broadcasts into space.</w:t>
      </w:r>
    </w:p>
    <w:p>
      <w:pPr>
        <w:pStyle w:val="Heading2"/>
      </w:pPr>
      <w:r>
        <w:t>Fragment 72</w:t>
      </w:r>
    </w:p>
    <w:p>
      <w:r>
        <w:t>Time range: 06:40 - 06:46</w:t>
      </w:r>
    </w:p>
    <w:p>
      <w:r>
        <w:drawing>
          <wp:inline xmlns:a="http://schemas.openxmlformats.org/drawingml/2006/main" xmlns:pic="http://schemas.openxmlformats.org/drawingml/2006/picture">
            <wp:extent cx="5669280" cy="3188970"/>
            <wp:docPr id="72" name="Picture 72"/>
            <wp:cNvGraphicFramePr>
              <a:graphicFrameLocks noChangeAspect="1"/>
            </wp:cNvGraphicFramePr>
            <a:graphic>
              <a:graphicData uri="http://schemas.openxmlformats.org/drawingml/2006/picture">
                <pic:pic>
                  <pic:nvPicPr>
                    <pic:cNvPr id="0" name="slide_072.jpg"/>
                    <pic:cNvPicPr/>
                  </pic:nvPicPr>
                  <pic:blipFill>
                    <a:blip r:embed="rId80"/>
                    <a:stretch>
                      <a:fillRect/>
                    </a:stretch>
                  </pic:blipFill>
                  <pic:spPr>
                    <a:xfrm>
                      <a:off x="0" y="0"/>
                      <a:ext cx="5669280" cy="3188970"/>
                    </a:xfrm>
                    <a:prstGeom prst="rect"/>
                  </pic:spPr>
                </pic:pic>
              </a:graphicData>
            </a:graphic>
          </wp:inline>
        </w:drawing>
      </w:r>
    </w:p>
    <w:p>
      <w:r>
        <w:t>Matched transcript</w:t>
      </w:r>
    </w:p>
    <w:p>
      <w:r>
        <w:t>the reach of our radio and television broadcasts into space. Beyond this bubble, it's as if humanity never existed.</w:t>
      </w:r>
    </w:p>
    <w:p>
      <w:pPr>
        <w:pStyle w:val="Heading2"/>
      </w:pPr>
      <w:r>
        <w:t>Fragment 73</w:t>
      </w:r>
    </w:p>
    <w:p>
      <w:r>
        <w:t>Time range: 06:46 - 06:49</w:t>
      </w:r>
    </w:p>
    <w:p>
      <w:r>
        <w:drawing>
          <wp:inline xmlns:a="http://schemas.openxmlformats.org/drawingml/2006/main" xmlns:pic="http://schemas.openxmlformats.org/drawingml/2006/picture">
            <wp:extent cx="5669280" cy="3188970"/>
            <wp:docPr id="73" name="Picture 73"/>
            <wp:cNvGraphicFramePr>
              <a:graphicFrameLocks noChangeAspect="1"/>
            </wp:cNvGraphicFramePr>
            <a:graphic>
              <a:graphicData uri="http://schemas.openxmlformats.org/drawingml/2006/picture">
                <pic:pic>
                  <pic:nvPicPr>
                    <pic:cNvPr id="0" name="slide_073.jpg"/>
                    <pic:cNvPicPr/>
                  </pic:nvPicPr>
                  <pic:blipFill>
                    <a:blip r:embed="rId81"/>
                    <a:stretch>
                      <a:fillRect/>
                    </a:stretch>
                  </pic:blipFill>
                  <pic:spPr>
                    <a:xfrm>
                      <a:off x="0" y="0"/>
                      <a:ext cx="5669280" cy="3188970"/>
                    </a:xfrm>
                    <a:prstGeom prst="rect"/>
                  </pic:spPr>
                </pic:pic>
              </a:graphicData>
            </a:graphic>
          </wp:inline>
        </w:drawing>
      </w:r>
    </w:p>
    <w:p>
      <w:r>
        <w:t>Matched transcript</w:t>
      </w:r>
    </w:p>
    <w:p>
      <w:r>
        <w:t>Beyond this bubble, it's as if humanity never existed. Any civilizations residing in the vast majority of our galaxy would be oblivious to our presence,</w:t>
      </w:r>
    </w:p>
    <w:p>
      <w:pPr>
        <w:pStyle w:val="Heading2"/>
      </w:pPr>
      <w:r>
        <w:t>Fragment 74</w:t>
      </w:r>
    </w:p>
    <w:p>
      <w:r>
        <w:t>Time range: 06:49 - 06:55</w:t>
      </w:r>
    </w:p>
    <w:p>
      <w:r>
        <w:drawing>
          <wp:inline xmlns:a="http://schemas.openxmlformats.org/drawingml/2006/main" xmlns:pic="http://schemas.openxmlformats.org/drawingml/2006/picture">
            <wp:extent cx="5669280" cy="3188970"/>
            <wp:docPr id="74" name="Picture 74"/>
            <wp:cNvGraphicFramePr>
              <a:graphicFrameLocks noChangeAspect="1"/>
            </wp:cNvGraphicFramePr>
            <a:graphic>
              <a:graphicData uri="http://schemas.openxmlformats.org/drawingml/2006/picture">
                <pic:pic>
                  <pic:nvPicPr>
                    <pic:cNvPr id="0" name="slide_074.jpg"/>
                    <pic:cNvPicPr/>
                  </pic:nvPicPr>
                  <pic:blipFill>
                    <a:blip r:embed="rId82"/>
                    <a:stretch>
                      <a:fillRect/>
                    </a:stretch>
                  </pic:blipFill>
                  <pic:spPr>
                    <a:xfrm>
                      <a:off x="0" y="0"/>
                      <a:ext cx="5669280" cy="3188970"/>
                    </a:xfrm>
                    <a:prstGeom prst="rect"/>
                  </pic:spPr>
                </pic:pic>
              </a:graphicData>
            </a:graphic>
          </wp:inline>
        </w:drawing>
      </w:r>
    </w:p>
    <w:p>
      <w:r>
        <w:t>Matched transcript</w:t>
      </w:r>
    </w:p>
    <w:p>
      <w:r>
        <w:t>Any civilizations residing in the vast majority of our galaxy would be oblivious to our presence, given that our signals haven't reached them yet.</w:t>
      </w:r>
    </w:p>
    <w:p>
      <w:pPr>
        <w:pStyle w:val="Heading2"/>
      </w:pPr>
      <w:r>
        <w:t>Fragment 75</w:t>
      </w:r>
    </w:p>
    <w:p>
      <w:r>
        <w:t>Time range: 06:55 - 07:00</w:t>
      </w:r>
    </w:p>
    <w:p>
      <w:r>
        <w:drawing>
          <wp:inline xmlns:a="http://schemas.openxmlformats.org/drawingml/2006/main" xmlns:pic="http://schemas.openxmlformats.org/drawingml/2006/picture">
            <wp:extent cx="5669280" cy="3188970"/>
            <wp:docPr id="75" name="Picture 75"/>
            <wp:cNvGraphicFramePr>
              <a:graphicFrameLocks noChangeAspect="1"/>
            </wp:cNvGraphicFramePr>
            <a:graphic>
              <a:graphicData uri="http://schemas.openxmlformats.org/drawingml/2006/picture">
                <pic:pic>
                  <pic:nvPicPr>
                    <pic:cNvPr id="0" name="slide_075.jpg"/>
                    <pic:cNvPicPr/>
                  </pic:nvPicPr>
                  <pic:blipFill>
                    <a:blip r:embed="rId83"/>
                    <a:stretch>
                      <a:fillRect/>
                    </a:stretch>
                  </pic:blipFill>
                  <pic:spPr>
                    <a:xfrm>
                      <a:off x="0" y="0"/>
                      <a:ext cx="5669280" cy="3188970"/>
                    </a:xfrm>
                    <a:prstGeom prst="rect"/>
                  </pic:spPr>
                </pic:pic>
              </a:graphicData>
            </a:graphic>
          </wp:inline>
        </w:drawing>
      </w:r>
    </w:p>
    <w:p>
      <w:r>
        <w:t>Matched transcript</w:t>
      </w:r>
    </w:p>
    <w:p>
      <w:r>
        <w:t>given that our signals haven't reached them yet. The scale of the Milky Way is so vast that our entire recorded history is but a whisper in the cosmic wind,</w:t>
      </w:r>
    </w:p>
    <w:p>
      <w:pPr>
        <w:pStyle w:val="Heading2"/>
      </w:pPr>
      <w:r>
        <w:t>Fragment 76</w:t>
      </w:r>
    </w:p>
    <w:p>
      <w:r>
        <w:t>Time range: 07:00 - 07:08</w:t>
      </w:r>
    </w:p>
    <w:p>
      <w:r>
        <w:drawing>
          <wp:inline xmlns:a="http://schemas.openxmlformats.org/drawingml/2006/main" xmlns:pic="http://schemas.openxmlformats.org/drawingml/2006/picture">
            <wp:extent cx="5669280" cy="3188970"/>
            <wp:docPr id="76" name="Picture 76"/>
            <wp:cNvGraphicFramePr>
              <a:graphicFrameLocks noChangeAspect="1"/>
            </wp:cNvGraphicFramePr>
            <a:graphic>
              <a:graphicData uri="http://schemas.openxmlformats.org/drawingml/2006/picture">
                <pic:pic>
                  <pic:nvPicPr>
                    <pic:cNvPr id="0" name="slide_076.jpg"/>
                    <pic:cNvPicPr/>
                  </pic:nvPicPr>
                  <pic:blipFill>
                    <a:blip r:embed="rId84"/>
                    <a:stretch>
                      <a:fillRect/>
                    </a:stretch>
                  </pic:blipFill>
                  <pic:spPr>
                    <a:xfrm>
                      <a:off x="0" y="0"/>
                      <a:ext cx="5669280" cy="3188970"/>
                    </a:xfrm>
                    <a:prstGeom prst="rect"/>
                  </pic:spPr>
                </pic:pic>
              </a:graphicData>
            </a:graphic>
          </wp:inline>
        </w:drawing>
      </w:r>
    </w:p>
    <w:p>
      <w:r>
        <w:t>Matched transcript</w:t>
      </w:r>
    </w:p>
    <w:p>
      <w:r>
        <w:t>The scale of the Milky Way is so vast that our entire recorded history is but a whisper in the cosmic wind, undetectable beyond this small bubble. As we leave the Milky Way, we enter the vast, almost incomprehensible realm of intergalactic space.</w:t>
      </w:r>
    </w:p>
    <w:p>
      <w:pPr>
        <w:pStyle w:val="Heading2"/>
      </w:pPr>
      <w:r>
        <w:t>Fragment 77</w:t>
      </w:r>
    </w:p>
    <w:p>
      <w:r>
        <w:t>Time range: 07:08 - 07:14</w:t>
      </w:r>
    </w:p>
    <w:p>
      <w:r>
        <w:drawing>
          <wp:inline xmlns:a="http://schemas.openxmlformats.org/drawingml/2006/main" xmlns:pic="http://schemas.openxmlformats.org/drawingml/2006/picture">
            <wp:extent cx="5669280" cy="3188970"/>
            <wp:docPr id="77" name="Picture 77"/>
            <wp:cNvGraphicFramePr>
              <a:graphicFrameLocks noChangeAspect="1"/>
            </wp:cNvGraphicFramePr>
            <a:graphic>
              <a:graphicData uri="http://schemas.openxmlformats.org/drawingml/2006/picture">
                <pic:pic>
                  <pic:nvPicPr>
                    <pic:cNvPr id="0" name="slide_077.jpg"/>
                    <pic:cNvPicPr/>
                  </pic:nvPicPr>
                  <pic:blipFill>
                    <a:blip r:embed="rId85"/>
                    <a:stretch>
                      <a:fillRect/>
                    </a:stretch>
                  </pic:blipFill>
                  <pic:spPr>
                    <a:xfrm>
                      <a:off x="0" y="0"/>
                      <a:ext cx="5669280" cy="3188970"/>
                    </a:xfrm>
                    <a:prstGeom prst="rect"/>
                  </pic:spPr>
                </pic:pic>
              </a:graphicData>
            </a:graphic>
          </wp:inline>
        </w:drawing>
      </w:r>
    </w:p>
    <w:p>
      <w:r>
        <w:t>Matched transcript</w:t>
      </w:r>
    </w:p>
    <w:p>
      <w:r>
        <w:t>As we leave the Milky Way, we enter the vast, almost incomprehensible realm of intergalactic space. Here, galaxies float in the cosmic ocean, separated by mind-boggling distances.</w:t>
      </w:r>
    </w:p>
    <w:p>
      <w:pPr>
        <w:pStyle w:val="Heading2"/>
      </w:pPr>
      <w:r>
        <w:t>Fragment 78</w:t>
      </w:r>
    </w:p>
    <w:p>
      <w:r>
        <w:t>Time range: 07:14 - 07:20</w:t>
      </w:r>
    </w:p>
    <w:p>
      <w:r>
        <w:drawing>
          <wp:inline xmlns:a="http://schemas.openxmlformats.org/drawingml/2006/main" xmlns:pic="http://schemas.openxmlformats.org/drawingml/2006/picture">
            <wp:extent cx="5669280" cy="3188970"/>
            <wp:docPr id="78" name="Picture 78"/>
            <wp:cNvGraphicFramePr>
              <a:graphicFrameLocks noChangeAspect="1"/>
            </wp:cNvGraphicFramePr>
            <a:graphic>
              <a:graphicData uri="http://schemas.openxmlformats.org/drawingml/2006/picture">
                <pic:pic>
                  <pic:nvPicPr>
                    <pic:cNvPr id="0" name="slide_078.jpg"/>
                    <pic:cNvPicPr/>
                  </pic:nvPicPr>
                  <pic:blipFill>
                    <a:blip r:embed="rId86"/>
                    <a:stretch>
                      <a:fillRect/>
                    </a:stretch>
                  </pic:blipFill>
                  <pic:spPr>
                    <a:xfrm>
                      <a:off x="0" y="0"/>
                      <a:ext cx="5669280" cy="3188970"/>
                    </a:xfrm>
                    <a:prstGeom prst="rect"/>
                  </pic:spPr>
                </pic:pic>
              </a:graphicData>
            </a:graphic>
          </wp:inline>
        </w:drawing>
      </w:r>
    </w:p>
    <w:p>
      <w:r>
        <w:t>Matched transcript</w:t>
      </w:r>
    </w:p>
    <w:p>
      <w:r>
        <w:t>Here, galaxies float in the cosmic ocean, separated by mind-boggling distances. Our galaxy is part of a small cosmic neighborhood known as the Local Group, a cluster of more</w:t>
      </w:r>
    </w:p>
    <w:p>
      <w:pPr>
        <w:pStyle w:val="Heading2"/>
      </w:pPr>
      <w:r>
        <w:t>Fragment 79</w:t>
      </w:r>
    </w:p>
    <w:p>
      <w:r>
        <w:t>Time range: 07:20 - 07:23</w:t>
      </w:r>
    </w:p>
    <w:p>
      <w:r>
        <w:drawing>
          <wp:inline xmlns:a="http://schemas.openxmlformats.org/drawingml/2006/main" xmlns:pic="http://schemas.openxmlformats.org/drawingml/2006/picture">
            <wp:extent cx="5669280" cy="3188970"/>
            <wp:docPr id="79" name="Picture 79"/>
            <wp:cNvGraphicFramePr>
              <a:graphicFrameLocks noChangeAspect="1"/>
            </wp:cNvGraphicFramePr>
            <a:graphic>
              <a:graphicData uri="http://schemas.openxmlformats.org/drawingml/2006/picture">
                <pic:pic>
                  <pic:nvPicPr>
                    <pic:cNvPr id="0" name="slide_079.jpg"/>
                    <pic:cNvPicPr/>
                  </pic:nvPicPr>
                  <pic:blipFill>
                    <a:blip r:embed="rId87"/>
                    <a:stretch>
                      <a:fillRect/>
                    </a:stretch>
                  </pic:blipFill>
                  <pic:spPr>
                    <a:xfrm>
                      <a:off x="0" y="0"/>
                      <a:ext cx="5669280" cy="3188970"/>
                    </a:xfrm>
                    <a:prstGeom prst="rect"/>
                  </pic:spPr>
                </pic:pic>
              </a:graphicData>
            </a:graphic>
          </wp:inline>
        </w:drawing>
      </w:r>
    </w:p>
    <w:p>
      <w:r>
        <w:t>Matched transcript</w:t>
      </w:r>
    </w:p>
    <w:p>
      <w:r>
        <w:t>Our galaxy is part of a small cosmic neighborhood known as the Local Group, a cluster of more</w:t>
      </w:r>
    </w:p>
    <w:p>
      <w:pPr>
        <w:pStyle w:val="Heading2"/>
      </w:pPr>
      <w:r>
        <w:t>Fragment 80</w:t>
      </w:r>
    </w:p>
    <w:p>
      <w:r>
        <w:t>Time range: 07:23 - 07:29</w:t>
      </w:r>
    </w:p>
    <w:p>
      <w:r>
        <w:drawing>
          <wp:inline xmlns:a="http://schemas.openxmlformats.org/drawingml/2006/main" xmlns:pic="http://schemas.openxmlformats.org/drawingml/2006/picture">
            <wp:extent cx="5669280" cy="3188970"/>
            <wp:docPr id="80" name="Picture 80"/>
            <wp:cNvGraphicFramePr>
              <a:graphicFrameLocks noChangeAspect="1"/>
            </wp:cNvGraphicFramePr>
            <a:graphic>
              <a:graphicData uri="http://schemas.openxmlformats.org/drawingml/2006/picture">
                <pic:pic>
                  <pic:nvPicPr>
                    <pic:cNvPr id="0" name="slide_080.jpg"/>
                    <pic:cNvPicPr/>
                  </pic:nvPicPr>
                  <pic:blipFill>
                    <a:blip r:embed="rId88"/>
                    <a:stretch>
                      <a:fillRect/>
                    </a:stretch>
                  </pic:blipFill>
                  <pic:spPr>
                    <a:xfrm>
                      <a:off x="0" y="0"/>
                      <a:ext cx="5669280" cy="3188970"/>
                    </a:xfrm>
                    <a:prstGeom prst="rect"/>
                  </pic:spPr>
                </pic:pic>
              </a:graphicData>
            </a:graphic>
          </wp:inline>
        </w:drawing>
      </w:r>
    </w:p>
    <w:p>
      <w:r>
        <w:t>Matched transcript</w:t>
      </w:r>
    </w:p>
    <w:p>
      <w:r>
        <w:t>Our galaxy is part of a small cosmic neighborhood known as the Local Group, a cluster of more than 50 galaxies spread across approximately 10 million light-years.</w:t>
      </w:r>
    </w:p>
    <w:p>
      <w:pPr>
        <w:pStyle w:val="Heading2"/>
      </w:pPr>
      <w:r>
        <w:t>Fragment 81</w:t>
      </w:r>
    </w:p>
    <w:p>
      <w:r>
        <w:t>Time range: 07:29 - 07:36</w:t>
      </w:r>
    </w:p>
    <w:p>
      <w:r>
        <w:drawing>
          <wp:inline xmlns:a="http://schemas.openxmlformats.org/drawingml/2006/main" xmlns:pic="http://schemas.openxmlformats.org/drawingml/2006/picture">
            <wp:extent cx="5669280" cy="3188970"/>
            <wp:docPr id="81" name="Picture 81"/>
            <wp:cNvGraphicFramePr>
              <a:graphicFrameLocks noChangeAspect="1"/>
            </wp:cNvGraphicFramePr>
            <a:graphic>
              <a:graphicData uri="http://schemas.openxmlformats.org/drawingml/2006/picture">
                <pic:pic>
                  <pic:nvPicPr>
                    <pic:cNvPr id="0" name="slide_081.jpg"/>
                    <pic:cNvPicPr/>
                  </pic:nvPicPr>
                  <pic:blipFill>
                    <a:blip r:embed="rId89"/>
                    <a:stretch>
                      <a:fillRect/>
                    </a:stretch>
                  </pic:blipFill>
                  <pic:spPr>
                    <a:xfrm>
                      <a:off x="0" y="0"/>
                      <a:ext cx="5669280" cy="3188970"/>
                    </a:xfrm>
                    <a:prstGeom prst="rect"/>
                  </pic:spPr>
                </pic:pic>
              </a:graphicData>
            </a:graphic>
          </wp:inline>
        </w:drawing>
      </w:r>
    </w:p>
    <w:p>
      <w:r>
        <w:t>Matched transcript</w:t>
      </w:r>
    </w:p>
    <w:p>
      <w:r>
        <w:t>than 50 galaxies spread across approximately 10 million light-years. The Local Group is a diverse assembly, including not just spiral galaxies like the Milky Way and Andromeda, but also a multitude of smaller dwarf galaxies.</w:t>
      </w:r>
    </w:p>
    <w:p>
      <w:pPr>
        <w:pStyle w:val="Heading2"/>
      </w:pPr>
      <w:r>
        <w:t>Fragment 82</w:t>
      </w:r>
    </w:p>
    <w:p>
      <w:r>
        <w:t>Time range: 07:36 - 07:42</w:t>
      </w:r>
    </w:p>
    <w:p>
      <w:r>
        <w:drawing>
          <wp:inline xmlns:a="http://schemas.openxmlformats.org/drawingml/2006/main" xmlns:pic="http://schemas.openxmlformats.org/drawingml/2006/picture">
            <wp:extent cx="5669280" cy="3188970"/>
            <wp:docPr id="82" name="Picture 82"/>
            <wp:cNvGraphicFramePr>
              <a:graphicFrameLocks noChangeAspect="1"/>
            </wp:cNvGraphicFramePr>
            <a:graphic>
              <a:graphicData uri="http://schemas.openxmlformats.org/drawingml/2006/picture">
                <pic:pic>
                  <pic:nvPicPr>
                    <pic:cNvPr id="0" name="slide_082.jpg"/>
                    <pic:cNvPicPr/>
                  </pic:nvPicPr>
                  <pic:blipFill>
                    <a:blip r:embed="rId90"/>
                    <a:stretch>
                      <a:fillRect/>
                    </a:stretch>
                  </pic:blipFill>
                  <pic:spPr>
                    <a:xfrm>
                      <a:off x="0" y="0"/>
                      <a:ext cx="5669280" cy="3188970"/>
                    </a:xfrm>
                    <a:prstGeom prst="rect"/>
                  </pic:spPr>
                </pic:pic>
              </a:graphicData>
            </a:graphic>
          </wp:inline>
        </w:drawing>
      </w:r>
    </w:p>
    <w:p>
      <w:r>
        <w:t>Matched transcript</w:t>
      </w:r>
    </w:p>
    <w:p>
      <w:r>
        <w:t>and Andromeda, but also a multitude of smaller dwarf galaxies. The distances here are so vast that light from one end of the local group to the other</w:t>
      </w:r>
    </w:p>
    <w:p>
      <w:pPr>
        <w:pStyle w:val="Heading2"/>
      </w:pPr>
      <w:r>
        <w:t>Fragment 83</w:t>
      </w:r>
    </w:p>
    <w:p>
      <w:r>
        <w:t>Time range: 07:42 - 07:48</w:t>
      </w:r>
    </w:p>
    <w:p>
      <w:r>
        <w:drawing>
          <wp:inline xmlns:a="http://schemas.openxmlformats.org/drawingml/2006/main" xmlns:pic="http://schemas.openxmlformats.org/drawingml/2006/picture">
            <wp:extent cx="5669280" cy="3188970"/>
            <wp:docPr id="83" name="Picture 83"/>
            <wp:cNvGraphicFramePr>
              <a:graphicFrameLocks noChangeAspect="1"/>
            </wp:cNvGraphicFramePr>
            <a:graphic>
              <a:graphicData uri="http://schemas.openxmlformats.org/drawingml/2006/picture">
                <pic:pic>
                  <pic:nvPicPr>
                    <pic:cNvPr id="0" name="slide_083.jpg"/>
                    <pic:cNvPicPr/>
                  </pic:nvPicPr>
                  <pic:blipFill>
                    <a:blip r:embed="rId91"/>
                    <a:stretch>
                      <a:fillRect/>
                    </a:stretch>
                  </pic:blipFill>
                  <pic:spPr>
                    <a:xfrm>
                      <a:off x="0" y="0"/>
                      <a:ext cx="5669280" cy="3188970"/>
                    </a:xfrm>
                    <a:prstGeom prst="rect"/>
                  </pic:spPr>
                </pic:pic>
              </a:graphicData>
            </a:graphic>
          </wp:inline>
        </w:drawing>
      </w:r>
    </w:p>
    <w:p>
      <w:r>
        <w:t>Matched transcript</w:t>
      </w:r>
    </w:p>
    <w:p>
      <w:r>
        <w:t>The distances here are so vast that light from one end of the local group to the other would take 10 million years to traverse. This scale dwarfs anything within our own galaxy, underscoring the enormity of the universe.</w:t>
      </w:r>
    </w:p>
    <w:p>
      <w:pPr>
        <w:pStyle w:val="Heading2"/>
      </w:pPr>
      <w:r>
        <w:t>Fragment 84</w:t>
      </w:r>
    </w:p>
    <w:p>
      <w:r>
        <w:t>Time range: 07:48 - 07:51</w:t>
      </w:r>
    </w:p>
    <w:p>
      <w:r>
        <w:drawing>
          <wp:inline xmlns:a="http://schemas.openxmlformats.org/drawingml/2006/main" xmlns:pic="http://schemas.openxmlformats.org/drawingml/2006/picture">
            <wp:extent cx="5669280" cy="3188970"/>
            <wp:docPr id="84" name="Picture 84"/>
            <wp:cNvGraphicFramePr>
              <a:graphicFrameLocks noChangeAspect="1"/>
            </wp:cNvGraphicFramePr>
            <a:graphic>
              <a:graphicData uri="http://schemas.openxmlformats.org/drawingml/2006/picture">
                <pic:pic>
                  <pic:nvPicPr>
                    <pic:cNvPr id="0" name="slide_084.jpg"/>
                    <pic:cNvPicPr/>
                  </pic:nvPicPr>
                  <pic:blipFill>
                    <a:blip r:embed="rId92"/>
                    <a:stretch>
                      <a:fillRect/>
                    </a:stretch>
                  </pic:blipFill>
                  <pic:spPr>
                    <a:xfrm>
                      <a:off x="0" y="0"/>
                      <a:ext cx="5669280" cy="3188970"/>
                    </a:xfrm>
                    <a:prstGeom prst="rect"/>
                  </pic:spPr>
                </pic:pic>
              </a:graphicData>
            </a:graphic>
          </wp:inline>
        </w:drawing>
      </w:r>
    </w:p>
    <w:p>
      <w:r>
        <w:t>Matched transcript</w:t>
      </w:r>
    </w:p>
    <w:p>
      <w:r>
        <w:t>This scale dwarfs anything within our own galaxy, underscoring the enormity of the universe.</w:t>
      </w:r>
    </w:p>
    <w:p>
      <w:pPr>
        <w:pStyle w:val="Heading2"/>
      </w:pPr>
      <w:r>
        <w:t>Fragment 85</w:t>
      </w:r>
    </w:p>
    <w:p>
      <w:r>
        <w:t>Time range: 07:51 - 07:57</w:t>
      </w:r>
    </w:p>
    <w:p>
      <w:r>
        <w:drawing>
          <wp:inline xmlns:a="http://schemas.openxmlformats.org/drawingml/2006/main" xmlns:pic="http://schemas.openxmlformats.org/drawingml/2006/picture">
            <wp:extent cx="5669280" cy="3188970"/>
            <wp:docPr id="85" name="Picture 85"/>
            <wp:cNvGraphicFramePr>
              <a:graphicFrameLocks noChangeAspect="1"/>
            </wp:cNvGraphicFramePr>
            <a:graphic>
              <a:graphicData uri="http://schemas.openxmlformats.org/drawingml/2006/picture">
                <pic:pic>
                  <pic:nvPicPr>
                    <pic:cNvPr id="0" name="slide_085.jpg"/>
                    <pic:cNvPicPr/>
                  </pic:nvPicPr>
                  <pic:blipFill>
                    <a:blip r:embed="rId93"/>
                    <a:stretch>
                      <a:fillRect/>
                    </a:stretch>
                  </pic:blipFill>
                  <pic:spPr>
                    <a:xfrm>
                      <a:off x="0" y="0"/>
                      <a:ext cx="5669280" cy="3188970"/>
                    </a:xfrm>
                    <a:prstGeom prst="rect"/>
                  </pic:spPr>
                </pic:pic>
              </a:graphicData>
            </a:graphic>
          </wp:inline>
        </w:drawing>
      </w:r>
    </w:p>
    <w:p>
      <w:r>
        <w:t>Matched transcript</w:t>
      </w:r>
    </w:p>
    <w:p>
      <w:r>
        <w:t>This scale dwarfs anything within our own galaxy, underscoring the enormity of the universe. Intergalactic space is a silent expanse, a vast wilderness between the islands of galactic</w:t>
      </w:r>
    </w:p>
    <w:p>
      <w:pPr>
        <w:pStyle w:val="Heading2"/>
      </w:pPr>
      <w:r>
        <w:t>Fragment 86</w:t>
      </w:r>
    </w:p>
    <w:p>
      <w:r>
        <w:t>Time range: 07:57 - 08:03</w:t>
      </w:r>
    </w:p>
    <w:p>
      <w:r>
        <w:drawing>
          <wp:inline xmlns:a="http://schemas.openxmlformats.org/drawingml/2006/main" xmlns:pic="http://schemas.openxmlformats.org/drawingml/2006/picture">
            <wp:extent cx="5669280" cy="3188970"/>
            <wp:docPr id="86" name="Picture 86"/>
            <wp:cNvGraphicFramePr>
              <a:graphicFrameLocks noChangeAspect="1"/>
            </wp:cNvGraphicFramePr>
            <a:graphic>
              <a:graphicData uri="http://schemas.openxmlformats.org/drawingml/2006/picture">
                <pic:pic>
                  <pic:nvPicPr>
                    <pic:cNvPr id="0" name="slide_086.jpg"/>
                    <pic:cNvPicPr/>
                  </pic:nvPicPr>
                  <pic:blipFill>
                    <a:blip r:embed="rId94"/>
                    <a:stretch>
                      <a:fillRect/>
                    </a:stretch>
                  </pic:blipFill>
                  <pic:spPr>
                    <a:xfrm>
                      <a:off x="0" y="0"/>
                      <a:ext cx="5669280" cy="3188970"/>
                    </a:xfrm>
                    <a:prstGeom prst="rect"/>
                  </pic:spPr>
                </pic:pic>
              </a:graphicData>
            </a:graphic>
          </wp:inline>
        </w:drawing>
      </w:r>
    </w:p>
    <w:p>
      <w:r>
        <w:t>Matched transcript</w:t>
      </w:r>
    </w:p>
    <w:p>
      <w:r>
        <w:t>Intergalactic space is a silent expanse, a vast wilderness between the islands of galactic light. In this immense void, our galaxy, home to our entire history, is just a tiny speck among</w:t>
      </w:r>
    </w:p>
    <w:p>
      <w:pPr>
        <w:pStyle w:val="Heading2"/>
      </w:pPr>
      <w:r>
        <w:t>Fragment 87</w:t>
      </w:r>
    </w:p>
    <w:p>
      <w:r>
        <w:t>Time range: 08:03 - 08:09</w:t>
      </w:r>
    </w:p>
    <w:p>
      <w:r>
        <w:drawing>
          <wp:inline xmlns:a="http://schemas.openxmlformats.org/drawingml/2006/main" xmlns:pic="http://schemas.openxmlformats.org/drawingml/2006/picture">
            <wp:extent cx="5669280" cy="3188970"/>
            <wp:docPr id="87" name="Picture 87"/>
            <wp:cNvGraphicFramePr>
              <a:graphicFrameLocks noChangeAspect="1"/>
            </wp:cNvGraphicFramePr>
            <a:graphic>
              <a:graphicData uri="http://schemas.openxmlformats.org/drawingml/2006/picture">
                <pic:pic>
                  <pic:nvPicPr>
                    <pic:cNvPr id="0" name="slide_087.jpg"/>
                    <pic:cNvPicPr/>
                  </pic:nvPicPr>
                  <pic:blipFill>
                    <a:blip r:embed="rId95"/>
                    <a:stretch>
                      <a:fillRect/>
                    </a:stretch>
                  </pic:blipFill>
                  <pic:spPr>
                    <a:xfrm>
                      <a:off x="0" y="0"/>
                      <a:ext cx="5669280" cy="3188970"/>
                    </a:xfrm>
                    <a:prstGeom prst="rect"/>
                  </pic:spPr>
                </pic:pic>
              </a:graphicData>
            </a:graphic>
          </wp:inline>
        </w:drawing>
      </w:r>
    </w:p>
    <w:p>
      <w:r>
        <w:t>Matched transcript</w:t>
      </w:r>
    </w:p>
    <w:p>
      <w:r>
        <w:t>In this immense void, our galaxy, home to our entire history, is just a tiny speck among a single story in the grand cosmic library. As we extend our cosmic gaze beyond the local</w:t>
      </w:r>
    </w:p>
    <w:p>
      <w:pPr>
        <w:pStyle w:val="Heading2"/>
      </w:pPr>
      <w:r>
        <w:t>Fragment 88</w:t>
      </w:r>
    </w:p>
    <w:p>
      <w:r>
        <w:t>Time range: 08:09 - 08:15</w:t>
      </w:r>
    </w:p>
    <w:p>
      <w:r>
        <w:drawing>
          <wp:inline xmlns:a="http://schemas.openxmlformats.org/drawingml/2006/main" xmlns:pic="http://schemas.openxmlformats.org/drawingml/2006/picture">
            <wp:extent cx="5669280" cy="3188970"/>
            <wp:docPr id="88" name="Picture 88"/>
            <wp:cNvGraphicFramePr>
              <a:graphicFrameLocks noChangeAspect="1"/>
            </wp:cNvGraphicFramePr>
            <a:graphic>
              <a:graphicData uri="http://schemas.openxmlformats.org/drawingml/2006/picture">
                <pic:pic>
                  <pic:nvPicPr>
                    <pic:cNvPr id="0" name="slide_088.jpg"/>
                    <pic:cNvPicPr/>
                  </pic:nvPicPr>
                  <pic:blipFill>
                    <a:blip r:embed="rId96"/>
                    <a:stretch>
                      <a:fillRect/>
                    </a:stretch>
                  </pic:blipFill>
                  <pic:spPr>
                    <a:xfrm>
                      <a:off x="0" y="0"/>
                      <a:ext cx="5669280" cy="3188970"/>
                    </a:xfrm>
                    <a:prstGeom prst="rect"/>
                  </pic:spPr>
                </pic:pic>
              </a:graphicData>
            </a:graphic>
          </wp:inline>
        </w:drawing>
      </w:r>
    </w:p>
    <w:p>
      <w:r>
        <w:t>Matched transcript</w:t>
      </w:r>
    </w:p>
    <w:p>
      <w:r>
        <w:t>a single story in the grand cosmic library. As we extend our cosmic gaze beyond the local group we encounter the colossal Virgo supercluster an immense collection of galaxy groups and clusters including our own local group Encompassing a region of space about 110 million light in diameter or 33 megaparsecs</w:t>
      </w:r>
    </w:p>
    <w:p>
      <w:pPr>
        <w:pStyle w:val="Heading2"/>
      </w:pPr>
      <w:r>
        <w:t>Fragment 89</w:t>
      </w:r>
    </w:p>
    <w:p>
      <w:r>
        <w:t>Time range: 08:15 - 08:21</w:t>
      </w:r>
    </w:p>
    <w:p>
      <w:r>
        <w:drawing>
          <wp:inline xmlns:a="http://schemas.openxmlformats.org/drawingml/2006/main" xmlns:pic="http://schemas.openxmlformats.org/drawingml/2006/picture">
            <wp:extent cx="5669280" cy="3188970"/>
            <wp:docPr id="89" name="Picture 89"/>
            <wp:cNvGraphicFramePr>
              <a:graphicFrameLocks noChangeAspect="1"/>
            </wp:cNvGraphicFramePr>
            <a:graphic>
              <a:graphicData uri="http://schemas.openxmlformats.org/drawingml/2006/picture">
                <pic:pic>
                  <pic:nvPicPr>
                    <pic:cNvPr id="0" name="slide_089.jpg"/>
                    <pic:cNvPicPr/>
                  </pic:nvPicPr>
                  <pic:blipFill>
                    <a:blip r:embed="rId97"/>
                    <a:stretch>
                      <a:fillRect/>
                    </a:stretch>
                  </pic:blipFill>
                  <pic:spPr>
                    <a:xfrm>
                      <a:off x="0" y="0"/>
                      <a:ext cx="5669280" cy="3188970"/>
                    </a:xfrm>
                    <a:prstGeom prst="rect"/>
                  </pic:spPr>
                </pic:pic>
              </a:graphicData>
            </a:graphic>
          </wp:inline>
        </w:drawing>
      </w:r>
    </w:p>
    <w:p>
      <w:r>
        <w:t>Matched transcript</w:t>
      </w:r>
    </w:p>
    <w:p>
      <w:r>
        <w:t>group we encounter the colossal Virgo supercluster an immense collection of galaxy groups and clusters including our own local group Encompassing a region of space about 110 million light in diameter or 33 megaparsecs</w:t>
      </w:r>
    </w:p>
    <w:p>
      <w:pPr>
        <w:pStyle w:val="Heading2"/>
      </w:pPr>
      <w:r>
        <w:t>Fragment 90</w:t>
      </w:r>
    </w:p>
    <w:p>
      <w:r>
        <w:t>Time range: 08:21 - 08:24</w:t>
      </w:r>
    </w:p>
    <w:p>
      <w:r>
        <w:drawing>
          <wp:inline xmlns:a="http://schemas.openxmlformats.org/drawingml/2006/main" xmlns:pic="http://schemas.openxmlformats.org/drawingml/2006/picture">
            <wp:extent cx="5669280" cy="3188970"/>
            <wp:docPr id="90" name="Picture 90"/>
            <wp:cNvGraphicFramePr>
              <a:graphicFrameLocks noChangeAspect="1"/>
            </wp:cNvGraphicFramePr>
            <a:graphic>
              <a:graphicData uri="http://schemas.openxmlformats.org/drawingml/2006/picture">
                <pic:pic>
                  <pic:nvPicPr>
                    <pic:cNvPr id="0" name="slide_090.jpg"/>
                    <pic:cNvPicPr/>
                  </pic:nvPicPr>
                  <pic:blipFill>
                    <a:blip r:embed="rId98"/>
                    <a:stretch>
                      <a:fillRect/>
                    </a:stretch>
                  </pic:blipFill>
                  <pic:spPr>
                    <a:xfrm>
                      <a:off x="0" y="0"/>
                      <a:ext cx="5669280" cy="3188970"/>
                    </a:xfrm>
                    <a:prstGeom prst="rect"/>
                  </pic:spPr>
                </pic:pic>
              </a:graphicData>
            </a:graphic>
          </wp:inline>
        </w:drawing>
      </w:r>
    </w:p>
    <w:p>
      <w:r>
        <w:t>Matched transcript</w:t>
      </w:r>
    </w:p>
    <w:p>
      <w:r>
        <w:t>group we encounter the colossal Virgo supercluster an immense collection of galaxy groups and clusters including our own local group Encompassing a region of space about 110 million light in diameter or 33 megaparsecs</w:t>
      </w:r>
    </w:p>
    <w:p>
      <w:pPr>
        <w:pStyle w:val="Heading2"/>
      </w:pPr>
      <w:r>
        <w:t>Fragment 91</w:t>
      </w:r>
    </w:p>
    <w:p>
      <w:r>
        <w:t>Time range: 08:24 - 08:33</w:t>
      </w:r>
    </w:p>
    <w:p>
      <w:r>
        <w:drawing>
          <wp:inline xmlns:a="http://schemas.openxmlformats.org/drawingml/2006/main" xmlns:pic="http://schemas.openxmlformats.org/drawingml/2006/picture">
            <wp:extent cx="5669280" cy="3188970"/>
            <wp:docPr id="91" name="Picture 91"/>
            <wp:cNvGraphicFramePr>
              <a:graphicFrameLocks noChangeAspect="1"/>
            </wp:cNvGraphicFramePr>
            <a:graphic>
              <a:graphicData uri="http://schemas.openxmlformats.org/drawingml/2006/picture">
                <pic:pic>
                  <pic:nvPicPr>
                    <pic:cNvPr id="0" name="slide_091.jpg"/>
                    <pic:cNvPicPr/>
                  </pic:nvPicPr>
                  <pic:blipFill>
                    <a:blip r:embed="rId99"/>
                    <a:stretch>
                      <a:fillRect/>
                    </a:stretch>
                  </pic:blipFill>
                  <pic:spPr>
                    <a:xfrm>
                      <a:off x="0" y="0"/>
                      <a:ext cx="5669280" cy="3188970"/>
                    </a:xfrm>
                    <a:prstGeom prst="rect"/>
                  </pic:spPr>
                </pic:pic>
              </a:graphicData>
            </a:graphic>
          </wp:inline>
        </w:drawing>
      </w:r>
    </w:p>
    <w:p>
      <w:r>
        <w:t>Matched transcript</w:t>
      </w:r>
    </w:p>
    <w:p>
      <w:r>
        <w:t>group we encounter the colossal Virgo supercluster an immense collection of galaxy groups and clusters including our own local group Encompassing a region of space about 110 million light in diameter or 33 megaparsecs the Virgo supercluster is a titanic structure in the universe, containing thousands of galaxies from at least 100 galaxy groups and clusters,</w:t>
      </w:r>
    </w:p>
    <w:p>
      <w:pPr>
        <w:pStyle w:val="Heading2"/>
      </w:pPr>
      <w:r>
        <w:t>Fragment 92</w:t>
      </w:r>
    </w:p>
    <w:p>
      <w:r>
        <w:t>Time range: 08:33 - 08:36</w:t>
      </w:r>
    </w:p>
    <w:p>
      <w:r>
        <w:drawing>
          <wp:inline xmlns:a="http://schemas.openxmlformats.org/drawingml/2006/main" xmlns:pic="http://schemas.openxmlformats.org/drawingml/2006/picture">
            <wp:extent cx="5669280" cy="3188970"/>
            <wp:docPr id="92" name="Picture 92"/>
            <wp:cNvGraphicFramePr>
              <a:graphicFrameLocks noChangeAspect="1"/>
            </wp:cNvGraphicFramePr>
            <a:graphic>
              <a:graphicData uri="http://schemas.openxmlformats.org/drawingml/2006/picture">
                <pic:pic>
                  <pic:nvPicPr>
                    <pic:cNvPr id="0" name="slide_092.jpg"/>
                    <pic:cNvPicPr/>
                  </pic:nvPicPr>
                  <pic:blipFill>
                    <a:blip r:embed="rId100"/>
                    <a:stretch>
                      <a:fillRect/>
                    </a:stretch>
                  </pic:blipFill>
                  <pic:spPr>
                    <a:xfrm>
                      <a:off x="0" y="0"/>
                      <a:ext cx="5669280" cy="3188970"/>
                    </a:xfrm>
                    <a:prstGeom prst="rect"/>
                  </pic:spPr>
                </pic:pic>
              </a:graphicData>
            </a:graphic>
          </wp:inline>
        </w:drawing>
      </w:r>
    </w:p>
    <w:p>
      <w:r>
        <w:t>Matched transcript</w:t>
      </w:r>
    </w:p>
    <w:p>
      <w:r>
        <w:t>containing thousands of galaxies from at least 100 galaxy groups and clusters,</w:t>
      </w:r>
    </w:p>
    <w:p>
      <w:pPr>
        <w:pStyle w:val="Heading2"/>
      </w:pPr>
      <w:r>
        <w:t>Fragment 93</w:t>
      </w:r>
    </w:p>
    <w:p>
      <w:r>
        <w:t>Time range: 08:36 - 08:42</w:t>
      </w:r>
    </w:p>
    <w:p>
      <w:r>
        <w:drawing>
          <wp:inline xmlns:a="http://schemas.openxmlformats.org/drawingml/2006/main" xmlns:pic="http://schemas.openxmlformats.org/drawingml/2006/picture">
            <wp:extent cx="5669280" cy="3188970"/>
            <wp:docPr id="93" name="Picture 93"/>
            <wp:cNvGraphicFramePr>
              <a:graphicFrameLocks noChangeAspect="1"/>
            </wp:cNvGraphicFramePr>
            <a:graphic>
              <a:graphicData uri="http://schemas.openxmlformats.org/drawingml/2006/picture">
                <pic:pic>
                  <pic:nvPicPr>
                    <pic:cNvPr id="0" name="slide_093.jpg"/>
                    <pic:cNvPicPr/>
                  </pic:nvPicPr>
                  <pic:blipFill>
                    <a:blip r:embed="rId101"/>
                    <a:stretch>
                      <a:fillRect/>
                    </a:stretch>
                  </pic:blipFill>
                  <pic:spPr>
                    <a:xfrm>
                      <a:off x="0" y="0"/>
                      <a:ext cx="5669280" cy="3188970"/>
                    </a:xfrm>
                    <a:prstGeom prst="rect"/>
                  </pic:spPr>
                </pic:pic>
              </a:graphicData>
            </a:graphic>
          </wp:inline>
        </w:drawing>
      </w:r>
    </w:p>
    <w:p>
      <w:r>
        <w:t>Matched transcript</w:t>
      </w:r>
    </w:p>
    <w:p>
      <w:r>
        <w:t>containing thousands of galaxies from at least 100 galaxy groups and clusters, each with their own myriad stars and planets. As we journey outward from the Virgo supercluster,</w:t>
      </w:r>
    </w:p>
    <w:p>
      <w:pPr>
        <w:pStyle w:val="Heading2"/>
      </w:pPr>
      <w:r>
        <w:t>Fragment 94</w:t>
      </w:r>
    </w:p>
    <w:p>
      <w:r>
        <w:t>Time range: 08:42 - 08:47</w:t>
      </w:r>
    </w:p>
    <w:p>
      <w:r>
        <w:drawing>
          <wp:inline xmlns:a="http://schemas.openxmlformats.org/drawingml/2006/main" xmlns:pic="http://schemas.openxmlformats.org/drawingml/2006/picture">
            <wp:extent cx="5669280" cy="3188970"/>
            <wp:docPr id="94" name="Picture 94"/>
            <wp:cNvGraphicFramePr>
              <a:graphicFrameLocks noChangeAspect="1"/>
            </wp:cNvGraphicFramePr>
            <a:graphic>
              <a:graphicData uri="http://schemas.openxmlformats.org/drawingml/2006/picture">
                <pic:pic>
                  <pic:nvPicPr>
                    <pic:cNvPr id="0" name="slide_094.jpg"/>
                    <pic:cNvPicPr/>
                  </pic:nvPicPr>
                  <pic:blipFill>
                    <a:blip r:embed="rId102"/>
                    <a:stretch>
                      <a:fillRect/>
                    </a:stretch>
                  </pic:blipFill>
                  <pic:spPr>
                    <a:xfrm>
                      <a:off x="0" y="0"/>
                      <a:ext cx="5669280" cy="3188970"/>
                    </a:xfrm>
                    <a:prstGeom prst="rect"/>
                  </pic:spPr>
                </pic:pic>
              </a:graphicData>
            </a:graphic>
          </wp:inline>
        </w:drawing>
      </w:r>
    </w:p>
    <w:p>
      <w:r>
        <w:t>Matched transcript</w:t>
      </w:r>
    </w:p>
    <w:p>
      <w:r>
        <w:t>As we journey outward from the Virgo supercluster, we arrive at an even more staggering cosmic structure, the Laniakia supercluster. This</w:t>
      </w:r>
    </w:p>
    <w:p>
      <w:pPr>
        <w:pStyle w:val="Heading2"/>
      </w:pPr>
      <w:r>
        <w:t>Fragment 95</w:t>
      </w:r>
    </w:p>
    <w:p>
      <w:r>
        <w:t>Time range: 08:47 - 08:56</w:t>
      </w:r>
    </w:p>
    <w:p>
      <w:r>
        <w:drawing>
          <wp:inline xmlns:a="http://schemas.openxmlformats.org/drawingml/2006/main" xmlns:pic="http://schemas.openxmlformats.org/drawingml/2006/picture">
            <wp:extent cx="5669280" cy="3188970"/>
            <wp:docPr id="95" name="Picture 95"/>
            <wp:cNvGraphicFramePr>
              <a:graphicFrameLocks noChangeAspect="1"/>
            </wp:cNvGraphicFramePr>
            <a:graphic>
              <a:graphicData uri="http://schemas.openxmlformats.org/drawingml/2006/picture">
                <pic:pic>
                  <pic:nvPicPr>
                    <pic:cNvPr id="0" name="slide_095.jpg"/>
                    <pic:cNvPicPr/>
                  </pic:nvPicPr>
                  <pic:blipFill>
                    <a:blip r:embed="rId103"/>
                    <a:stretch>
                      <a:fillRect/>
                    </a:stretch>
                  </pic:blipFill>
                  <pic:spPr>
                    <a:xfrm>
                      <a:off x="0" y="0"/>
                      <a:ext cx="5669280" cy="3188970"/>
                    </a:xfrm>
                    <a:prstGeom prst="rect"/>
                  </pic:spPr>
                </pic:pic>
              </a:graphicData>
            </a:graphic>
          </wp:inline>
        </w:drawing>
      </w:r>
    </w:p>
    <w:p>
      <w:r>
        <w:t>Matched transcript</w:t>
      </w:r>
    </w:p>
    <w:p>
      <w:r>
        <w:t>we arrive at an even more staggering cosmic structure, the Laniakia supercluster. This immense congregation of galaxies, which includes the Virgo supercluster and extends over 500 million</w:t>
      </w:r>
    </w:p>
    <w:p>
      <w:pPr>
        <w:pStyle w:val="Heading2"/>
      </w:pPr>
      <w:r>
        <w:t>Fragment 96</w:t>
      </w:r>
    </w:p>
    <w:p>
      <w:r>
        <w:t>Time range: 08:56 - 08:59</w:t>
      </w:r>
    </w:p>
    <w:p>
      <w:r>
        <w:drawing>
          <wp:inline xmlns:a="http://schemas.openxmlformats.org/drawingml/2006/main" xmlns:pic="http://schemas.openxmlformats.org/drawingml/2006/picture">
            <wp:extent cx="5669280" cy="3188970"/>
            <wp:docPr id="96" name="Picture 96"/>
            <wp:cNvGraphicFramePr>
              <a:graphicFrameLocks noChangeAspect="1"/>
            </wp:cNvGraphicFramePr>
            <a:graphic>
              <a:graphicData uri="http://schemas.openxmlformats.org/drawingml/2006/picture">
                <pic:pic>
                  <pic:nvPicPr>
                    <pic:cNvPr id="0" name="slide_096.jpg"/>
                    <pic:cNvPicPr/>
                  </pic:nvPicPr>
                  <pic:blipFill>
                    <a:blip r:embed="rId104"/>
                    <a:stretch>
                      <a:fillRect/>
                    </a:stretch>
                  </pic:blipFill>
                  <pic:spPr>
                    <a:xfrm>
                      <a:off x="0" y="0"/>
                      <a:ext cx="5669280" cy="3188970"/>
                    </a:xfrm>
                    <a:prstGeom prst="rect"/>
                  </pic:spPr>
                </pic:pic>
              </a:graphicData>
            </a:graphic>
          </wp:inline>
        </w:drawing>
      </w:r>
    </w:p>
    <w:p>
      <w:r>
        <w:t>Matched transcript</w:t>
      </w:r>
    </w:p>
    <w:p>
      <w:r>
        <w:t>immense congregation of galaxies, which includes the Virgo supercluster and extends over 500 million light-years, is our galactic home on a grand scale. Laniakia, meaning immense heaven in Hawaiian,</w:t>
      </w:r>
    </w:p>
    <w:p>
      <w:pPr>
        <w:pStyle w:val="Heading2"/>
      </w:pPr>
      <w:r>
        <w:t>Fragment 97</w:t>
      </w:r>
    </w:p>
    <w:p>
      <w:r>
        <w:t>Time range: 08:59 - 09:05</w:t>
      </w:r>
    </w:p>
    <w:p>
      <w:r>
        <w:drawing>
          <wp:inline xmlns:a="http://schemas.openxmlformats.org/drawingml/2006/main" xmlns:pic="http://schemas.openxmlformats.org/drawingml/2006/picture">
            <wp:extent cx="5669280" cy="3188970"/>
            <wp:docPr id="97" name="Picture 97"/>
            <wp:cNvGraphicFramePr>
              <a:graphicFrameLocks noChangeAspect="1"/>
            </wp:cNvGraphicFramePr>
            <a:graphic>
              <a:graphicData uri="http://schemas.openxmlformats.org/drawingml/2006/picture">
                <pic:pic>
                  <pic:nvPicPr>
                    <pic:cNvPr id="0" name="slide_097.jpg"/>
                    <pic:cNvPicPr/>
                  </pic:nvPicPr>
                  <pic:blipFill>
                    <a:blip r:embed="rId105"/>
                    <a:stretch>
                      <a:fillRect/>
                    </a:stretch>
                  </pic:blipFill>
                  <pic:spPr>
                    <a:xfrm>
                      <a:off x="0" y="0"/>
                      <a:ext cx="5669280" cy="3188970"/>
                    </a:xfrm>
                    <a:prstGeom prst="rect"/>
                  </pic:spPr>
                </pic:pic>
              </a:graphicData>
            </a:graphic>
          </wp:inline>
        </w:drawing>
      </w:r>
    </w:p>
    <w:p>
      <w:r>
        <w:t>Matched transcript</w:t>
      </w:r>
    </w:p>
    <w:p>
      <w:r>
        <w:t>light-years, is our galactic home on a grand scale. Laniakia, meaning immense heaven in Hawaiian, truly lives up to its name. Containing the mass of 100 million billion suns, Laniakia is a</w:t>
      </w:r>
    </w:p>
    <w:p>
      <w:pPr>
        <w:pStyle w:val="Heading2"/>
      </w:pPr>
      <w:r>
        <w:t>Fragment 98</w:t>
      </w:r>
    </w:p>
    <w:p>
      <w:r>
        <w:t>Time range: 09:05 - 09:11</w:t>
      </w:r>
    </w:p>
    <w:p>
      <w:r>
        <w:drawing>
          <wp:inline xmlns:a="http://schemas.openxmlformats.org/drawingml/2006/main" xmlns:pic="http://schemas.openxmlformats.org/drawingml/2006/picture">
            <wp:extent cx="5669280" cy="3188970"/>
            <wp:docPr id="98" name="Picture 98"/>
            <wp:cNvGraphicFramePr>
              <a:graphicFrameLocks noChangeAspect="1"/>
            </wp:cNvGraphicFramePr>
            <a:graphic>
              <a:graphicData uri="http://schemas.openxmlformats.org/drawingml/2006/picture">
                <pic:pic>
                  <pic:nvPicPr>
                    <pic:cNvPr id="0" name="slide_098.jpg"/>
                    <pic:cNvPicPr/>
                  </pic:nvPicPr>
                  <pic:blipFill>
                    <a:blip r:embed="rId106"/>
                    <a:stretch>
                      <a:fillRect/>
                    </a:stretch>
                  </pic:blipFill>
                  <pic:spPr>
                    <a:xfrm>
                      <a:off x="0" y="0"/>
                      <a:ext cx="5669280" cy="3188970"/>
                    </a:xfrm>
                    <a:prstGeom prst="rect"/>
                  </pic:spPr>
                </pic:pic>
              </a:graphicData>
            </a:graphic>
          </wp:inline>
        </w:drawing>
      </w:r>
    </w:p>
    <w:p>
      <w:r>
        <w:t>Matched transcript</w:t>
      </w:r>
    </w:p>
    <w:p>
      <w:r>
        <w:t>truly lives up to its name. Containing the mass of 100 million billion suns, Laniakia is a gravitational masterpiece with galaxy clusters, superclusters, and countless celestial bodies</w:t>
      </w:r>
    </w:p>
    <w:p>
      <w:pPr>
        <w:pStyle w:val="Heading2"/>
      </w:pPr>
      <w:r>
        <w:t>Fragment 99</w:t>
      </w:r>
    </w:p>
    <w:p>
      <w:r>
        <w:t>Time range: 09:11 - 09:17</w:t>
      </w:r>
    </w:p>
    <w:p>
      <w:r>
        <w:drawing>
          <wp:inline xmlns:a="http://schemas.openxmlformats.org/drawingml/2006/main" xmlns:pic="http://schemas.openxmlformats.org/drawingml/2006/picture">
            <wp:extent cx="5669280" cy="3188970"/>
            <wp:docPr id="99" name="Picture 99"/>
            <wp:cNvGraphicFramePr>
              <a:graphicFrameLocks noChangeAspect="1"/>
            </wp:cNvGraphicFramePr>
            <a:graphic>
              <a:graphicData uri="http://schemas.openxmlformats.org/drawingml/2006/picture">
                <pic:pic>
                  <pic:nvPicPr>
                    <pic:cNvPr id="0" name="slide_099.jpg"/>
                    <pic:cNvPicPr/>
                  </pic:nvPicPr>
                  <pic:blipFill>
                    <a:blip r:embed="rId107"/>
                    <a:stretch>
                      <a:fillRect/>
                    </a:stretch>
                  </pic:blipFill>
                  <pic:spPr>
                    <a:xfrm>
                      <a:off x="0" y="0"/>
                      <a:ext cx="5669280" cy="3188970"/>
                    </a:xfrm>
                    <a:prstGeom prst="rect"/>
                  </pic:spPr>
                </pic:pic>
              </a:graphicData>
            </a:graphic>
          </wp:inline>
        </w:drawing>
      </w:r>
    </w:p>
    <w:p>
      <w:r>
        <w:t>Matched transcript</w:t>
      </w:r>
    </w:p>
    <w:p>
      <w:r>
        <w:t>gravitational masterpiece with galaxy clusters, superclusters, and countless celestial bodies bound in a cosmic web of attraction and motion. At the heart of Laniachia lies the Great Attractor,</w:t>
      </w:r>
    </w:p>
    <w:p>
      <w:pPr>
        <w:pStyle w:val="Heading2"/>
      </w:pPr>
      <w:r>
        <w:t>Fragment 100</w:t>
      </w:r>
    </w:p>
    <w:p>
      <w:r>
        <w:t>Time range: 09:17 - 09:23</w:t>
      </w:r>
    </w:p>
    <w:p>
      <w:r>
        <w:drawing>
          <wp:inline xmlns:a="http://schemas.openxmlformats.org/drawingml/2006/main" xmlns:pic="http://schemas.openxmlformats.org/drawingml/2006/picture">
            <wp:extent cx="5669280" cy="3188970"/>
            <wp:docPr id="100" name="Picture 100"/>
            <wp:cNvGraphicFramePr>
              <a:graphicFrameLocks noChangeAspect="1"/>
            </wp:cNvGraphicFramePr>
            <a:graphic>
              <a:graphicData uri="http://schemas.openxmlformats.org/drawingml/2006/picture">
                <pic:pic>
                  <pic:nvPicPr>
                    <pic:cNvPr id="0" name="slide_100.jpg"/>
                    <pic:cNvPicPr/>
                  </pic:nvPicPr>
                  <pic:blipFill>
                    <a:blip r:embed="rId108"/>
                    <a:stretch>
                      <a:fillRect/>
                    </a:stretch>
                  </pic:blipFill>
                  <pic:spPr>
                    <a:xfrm>
                      <a:off x="0" y="0"/>
                      <a:ext cx="5669280" cy="3188970"/>
                    </a:xfrm>
                    <a:prstGeom prst="rect"/>
                  </pic:spPr>
                </pic:pic>
              </a:graphicData>
            </a:graphic>
          </wp:inline>
        </w:drawing>
      </w:r>
    </w:p>
    <w:p>
      <w:r>
        <w:t>Matched transcript</w:t>
      </w:r>
    </w:p>
    <w:p>
      <w:r>
        <w:t>bound in a cosmic web of attraction and motion. At the heart of Laniachia lies the Great Attractor,</w:t>
      </w:r>
    </w:p>
    <w:p>
      <w:pPr>
        <w:pStyle w:val="Heading2"/>
      </w:pPr>
      <w:r>
        <w:t>Fragment 101</w:t>
      </w:r>
    </w:p>
    <w:p>
      <w:r>
        <w:t>Time range: 09:23 - 09:26</w:t>
      </w:r>
    </w:p>
    <w:p>
      <w:r>
        <w:drawing>
          <wp:inline xmlns:a="http://schemas.openxmlformats.org/drawingml/2006/main" xmlns:pic="http://schemas.openxmlformats.org/drawingml/2006/picture">
            <wp:extent cx="5669280" cy="3188970"/>
            <wp:docPr id="101" name="Picture 101"/>
            <wp:cNvGraphicFramePr>
              <a:graphicFrameLocks noChangeAspect="1"/>
            </wp:cNvGraphicFramePr>
            <a:graphic>
              <a:graphicData uri="http://schemas.openxmlformats.org/drawingml/2006/picture">
                <pic:pic>
                  <pic:nvPicPr>
                    <pic:cNvPr id="0" name="slide_101.jpg"/>
                    <pic:cNvPicPr/>
                  </pic:nvPicPr>
                  <pic:blipFill>
                    <a:blip r:embed="rId109"/>
                    <a:stretch>
                      <a:fillRect/>
                    </a:stretch>
                  </pic:blipFill>
                  <pic:spPr>
                    <a:xfrm>
                      <a:off x="0" y="0"/>
                      <a:ext cx="5669280" cy="3188970"/>
                    </a:xfrm>
                    <a:prstGeom prst="rect"/>
                  </pic:spPr>
                </pic:pic>
              </a:graphicData>
            </a:graphic>
          </wp:inline>
        </w:drawing>
      </w:r>
    </w:p>
    <w:p>
      <w:r>
        <w:t>Matched transcript</w:t>
      </w:r>
    </w:p>
    <w:p>
      <w:r>
        <w:t>bound in a cosmic web of attraction and motion. At the heart of Laniachia lies the Great Attractor, a mysterious region of space that exerts a massive gravitational pull on the galaxies</w:t>
      </w:r>
    </w:p>
    <w:p>
      <w:pPr>
        <w:pStyle w:val="Heading2"/>
      </w:pPr>
      <w:r>
        <w:t>Fragment 102</w:t>
      </w:r>
    </w:p>
    <w:p>
      <w:r>
        <w:t>Time range: 09:26 - 09:32</w:t>
      </w:r>
    </w:p>
    <w:p>
      <w:r>
        <w:drawing>
          <wp:inline xmlns:a="http://schemas.openxmlformats.org/drawingml/2006/main" xmlns:pic="http://schemas.openxmlformats.org/drawingml/2006/picture">
            <wp:extent cx="5669280" cy="3188970"/>
            <wp:docPr id="102" name="Picture 102"/>
            <wp:cNvGraphicFramePr>
              <a:graphicFrameLocks noChangeAspect="1"/>
            </wp:cNvGraphicFramePr>
            <a:graphic>
              <a:graphicData uri="http://schemas.openxmlformats.org/drawingml/2006/picture">
                <pic:pic>
                  <pic:nvPicPr>
                    <pic:cNvPr id="0" name="slide_102.jpg"/>
                    <pic:cNvPicPr/>
                  </pic:nvPicPr>
                  <pic:blipFill>
                    <a:blip r:embed="rId110"/>
                    <a:stretch>
                      <a:fillRect/>
                    </a:stretch>
                  </pic:blipFill>
                  <pic:spPr>
                    <a:xfrm>
                      <a:off x="0" y="0"/>
                      <a:ext cx="5669280" cy="3188970"/>
                    </a:xfrm>
                    <a:prstGeom prst="rect"/>
                  </pic:spPr>
                </pic:pic>
              </a:graphicData>
            </a:graphic>
          </wp:inline>
        </w:drawing>
      </w:r>
    </w:p>
    <w:p>
      <w:r>
        <w:t>Matched transcript</w:t>
      </w:r>
    </w:p>
    <w:p>
      <w:r>
        <w:t>a mysterious region of space that exerts a massive gravitational pull on the galaxies within this supercluster. In this vast expanse, our Milky Way, the entire local group, and even</w:t>
      </w:r>
    </w:p>
    <w:p>
      <w:pPr>
        <w:pStyle w:val="Heading2"/>
      </w:pPr>
      <w:r>
        <w:t>Fragment 103</w:t>
      </w:r>
    </w:p>
    <w:p>
      <w:r>
        <w:t>Time range: 09:32 - 09:38</w:t>
      </w:r>
    </w:p>
    <w:p>
      <w:r>
        <w:drawing>
          <wp:inline xmlns:a="http://schemas.openxmlformats.org/drawingml/2006/main" xmlns:pic="http://schemas.openxmlformats.org/drawingml/2006/picture">
            <wp:extent cx="5669280" cy="3188970"/>
            <wp:docPr id="103" name="Picture 103"/>
            <wp:cNvGraphicFramePr>
              <a:graphicFrameLocks noChangeAspect="1"/>
            </wp:cNvGraphicFramePr>
            <a:graphic>
              <a:graphicData uri="http://schemas.openxmlformats.org/drawingml/2006/picture">
                <pic:pic>
                  <pic:nvPicPr>
                    <pic:cNvPr id="0" name="slide_103.jpg"/>
                    <pic:cNvPicPr/>
                  </pic:nvPicPr>
                  <pic:blipFill>
                    <a:blip r:embed="rId111"/>
                    <a:stretch>
                      <a:fillRect/>
                    </a:stretch>
                  </pic:blipFill>
                  <pic:spPr>
                    <a:xfrm>
                      <a:off x="0" y="0"/>
                      <a:ext cx="5669280" cy="3188970"/>
                    </a:xfrm>
                    <a:prstGeom prst="rect"/>
                  </pic:spPr>
                </pic:pic>
              </a:graphicData>
            </a:graphic>
          </wp:inline>
        </w:drawing>
      </w:r>
    </w:p>
    <w:p>
      <w:r>
        <w:t>Matched transcript</w:t>
      </w:r>
    </w:p>
    <w:p>
      <w:r>
        <w:t>within this supercluster. In this vast expanse, our Milky Way, the entire local group, and even the Virgo supercluster are just tiny components of this gigantic structure. Laniakia provides</w:t>
      </w:r>
    </w:p>
    <w:p>
      <w:pPr>
        <w:pStyle w:val="Heading2"/>
      </w:pPr>
      <w:r>
        <w:t>Fragment 104</w:t>
      </w:r>
    </w:p>
    <w:p>
      <w:r>
        <w:t>Time range: 09:38 - 09:44</w:t>
      </w:r>
    </w:p>
    <w:p>
      <w:r>
        <w:drawing>
          <wp:inline xmlns:a="http://schemas.openxmlformats.org/drawingml/2006/main" xmlns:pic="http://schemas.openxmlformats.org/drawingml/2006/picture">
            <wp:extent cx="5669280" cy="3188970"/>
            <wp:docPr id="104" name="Picture 104"/>
            <wp:cNvGraphicFramePr>
              <a:graphicFrameLocks noChangeAspect="1"/>
            </wp:cNvGraphicFramePr>
            <a:graphic>
              <a:graphicData uri="http://schemas.openxmlformats.org/drawingml/2006/picture">
                <pic:pic>
                  <pic:nvPicPr>
                    <pic:cNvPr id="0" name="slide_104.jpg"/>
                    <pic:cNvPicPr/>
                  </pic:nvPicPr>
                  <pic:blipFill>
                    <a:blip r:embed="rId112"/>
                    <a:stretch>
                      <a:fillRect/>
                    </a:stretch>
                  </pic:blipFill>
                  <pic:spPr>
                    <a:xfrm>
                      <a:off x="0" y="0"/>
                      <a:ext cx="5669280" cy="3188970"/>
                    </a:xfrm>
                    <a:prstGeom prst="rect"/>
                  </pic:spPr>
                </pic:pic>
              </a:graphicData>
            </a:graphic>
          </wp:inline>
        </w:drawing>
      </w:r>
    </w:p>
    <w:p>
      <w:r>
        <w:t>Matched transcript</w:t>
      </w:r>
    </w:p>
    <w:p>
      <w:r>
        <w:t>the Virgo supercluster are just tiny components of this gigantic structure. Laniakia provides a profound context for our existence. In this immense supercluster, we are part of something</w:t>
      </w:r>
    </w:p>
    <w:p>
      <w:pPr>
        <w:pStyle w:val="Heading2"/>
      </w:pPr>
      <w:r>
        <w:t>Fragment 105</w:t>
      </w:r>
    </w:p>
    <w:p>
      <w:r>
        <w:t>Time range: 09:44 - 09:50</w:t>
      </w:r>
    </w:p>
    <w:p>
      <w:r>
        <w:drawing>
          <wp:inline xmlns:a="http://schemas.openxmlformats.org/drawingml/2006/main" xmlns:pic="http://schemas.openxmlformats.org/drawingml/2006/picture">
            <wp:extent cx="5669280" cy="3188970"/>
            <wp:docPr id="105" name="Picture 105"/>
            <wp:cNvGraphicFramePr>
              <a:graphicFrameLocks noChangeAspect="1"/>
            </wp:cNvGraphicFramePr>
            <a:graphic>
              <a:graphicData uri="http://schemas.openxmlformats.org/drawingml/2006/picture">
                <pic:pic>
                  <pic:nvPicPr>
                    <pic:cNvPr id="0" name="slide_105.jpg"/>
                    <pic:cNvPicPr/>
                  </pic:nvPicPr>
                  <pic:blipFill>
                    <a:blip r:embed="rId113"/>
                    <a:stretch>
                      <a:fillRect/>
                    </a:stretch>
                  </pic:blipFill>
                  <pic:spPr>
                    <a:xfrm>
                      <a:off x="0" y="0"/>
                      <a:ext cx="5669280" cy="3188970"/>
                    </a:xfrm>
                    <a:prstGeom prst="rect"/>
                  </pic:spPr>
                </pic:pic>
              </a:graphicData>
            </a:graphic>
          </wp:inline>
        </w:drawing>
      </w:r>
    </w:p>
    <w:p>
      <w:r>
        <w:t>Matched transcript</w:t>
      </w:r>
    </w:p>
    <w:p>
      <w:r>
        <w:t>a profound context for our existence. In this immense supercluster, we are part of something far greater and more majestic than we can fully comprehend.</w:t>
      </w:r>
    </w:p>
    <w:p>
      <w:pPr>
        <w:pStyle w:val="Heading2"/>
      </w:pPr>
      <w:r>
        <w:t>Fragment 106</w:t>
      </w:r>
    </w:p>
    <w:p>
      <w:r>
        <w:t>Time range: 09:50 - 09:56</w:t>
      </w:r>
    </w:p>
    <w:p>
      <w:r>
        <w:drawing>
          <wp:inline xmlns:a="http://schemas.openxmlformats.org/drawingml/2006/main" xmlns:pic="http://schemas.openxmlformats.org/drawingml/2006/picture">
            <wp:extent cx="5669280" cy="3188970"/>
            <wp:docPr id="106" name="Picture 106"/>
            <wp:cNvGraphicFramePr>
              <a:graphicFrameLocks noChangeAspect="1"/>
            </wp:cNvGraphicFramePr>
            <a:graphic>
              <a:graphicData uri="http://schemas.openxmlformats.org/drawingml/2006/picture">
                <pic:pic>
                  <pic:nvPicPr>
                    <pic:cNvPr id="0" name="slide_106.jpg"/>
                    <pic:cNvPicPr/>
                  </pic:nvPicPr>
                  <pic:blipFill>
                    <a:blip r:embed="rId114"/>
                    <a:stretch>
                      <a:fillRect/>
                    </a:stretch>
                  </pic:blipFill>
                  <pic:spPr>
                    <a:xfrm>
                      <a:off x="0" y="0"/>
                      <a:ext cx="5669280" cy="3188970"/>
                    </a:xfrm>
                    <a:prstGeom prst="rect"/>
                  </pic:spPr>
                </pic:pic>
              </a:graphicData>
            </a:graphic>
          </wp:inline>
        </w:drawing>
      </w:r>
    </w:p>
    <w:p>
      <w:r>
        <w:t>Matched transcript</w:t>
      </w:r>
    </w:p>
    <w:p>
      <w:r>
        <w:t>far greater and more majestic than we can fully comprehend. As we reach the boundaries of our cosmic exploration, we encounter the limits of the observable</w:t>
      </w:r>
    </w:p>
    <w:p>
      <w:pPr>
        <w:pStyle w:val="Heading2"/>
      </w:pPr>
      <w:r>
        <w:t>Fragment 107</w:t>
      </w:r>
    </w:p>
    <w:p>
      <w:r>
        <w:t>Time range: 09:56 - 10:02</w:t>
      </w:r>
    </w:p>
    <w:p>
      <w:r>
        <w:drawing>
          <wp:inline xmlns:a="http://schemas.openxmlformats.org/drawingml/2006/main" xmlns:pic="http://schemas.openxmlformats.org/drawingml/2006/picture">
            <wp:extent cx="5669280" cy="3188970"/>
            <wp:docPr id="107" name="Picture 107"/>
            <wp:cNvGraphicFramePr>
              <a:graphicFrameLocks noChangeAspect="1"/>
            </wp:cNvGraphicFramePr>
            <a:graphic>
              <a:graphicData uri="http://schemas.openxmlformats.org/drawingml/2006/picture">
                <pic:pic>
                  <pic:nvPicPr>
                    <pic:cNvPr id="0" name="slide_107.jpg"/>
                    <pic:cNvPicPr/>
                  </pic:nvPicPr>
                  <pic:blipFill>
                    <a:blip r:embed="rId115"/>
                    <a:stretch>
                      <a:fillRect/>
                    </a:stretch>
                  </pic:blipFill>
                  <pic:spPr>
                    <a:xfrm>
                      <a:off x="0" y="0"/>
                      <a:ext cx="5669280" cy="3188970"/>
                    </a:xfrm>
                    <a:prstGeom prst="rect"/>
                  </pic:spPr>
                </pic:pic>
              </a:graphicData>
            </a:graphic>
          </wp:inline>
        </w:drawing>
      </w:r>
    </w:p>
    <w:p>
      <w:r>
        <w:t>Matched transcript</w:t>
      </w:r>
    </w:p>
    <w:p>
      <w:r>
        <w:t>As we reach the boundaries of our cosmic exploration, we encounter the limits of the observable universe, an astronomical marvel stretching about 93 billion light-years in diameter.</w:t>
      </w:r>
    </w:p>
    <w:p>
      <w:pPr>
        <w:pStyle w:val="Heading2"/>
      </w:pPr>
      <w:r>
        <w:t>Fragment 108</w:t>
      </w:r>
    </w:p>
    <w:p>
      <w:r>
        <w:t>Time range: 10:02 - 10:08</w:t>
      </w:r>
    </w:p>
    <w:p>
      <w:r>
        <w:drawing>
          <wp:inline xmlns:a="http://schemas.openxmlformats.org/drawingml/2006/main" xmlns:pic="http://schemas.openxmlformats.org/drawingml/2006/picture">
            <wp:extent cx="5669280" cy="3188970"/>
            <wp:docPr id="108" name="Picture 108"/>
            <wp:cNvGraphicFramePr>
              <a:graphicFrameLocks noChangeAspect="1"/>
            </wp:cNvGraphicFramePr>
            <a:graphic>
              <a:graphicData uri="http://schemas.openxmlformats.org/drawingml/2006/picture">
                <pic:pic>
                  <pic:nvPicPr>
                    <pic:cNvPr id="0" name="slide_108.jpg"/>
                    <pic:cNvPicPr/>
                  </pic:nvPicPr>
                  <pic:blipFill>
                    <a:blip r:embed="rId116"/>
                    <a:stretch>
                      <a:fillRect/>
                    </a:stretch>
                  </pic:blipFill>
                  <pic:spPr>
                    <a:xfrm>
                      <a:off x="0" y="0"/>
                      <a:ext cx="5669280" cy="3188970"/>
                    </a:xfrm>
                    <a:prstGeom prst="rect"/>
                  </pic:spPr>
                </pic:pic>
              </a:graphicData>
            </a:graphic>
          </wp:inline>
        </w:drawing>
      </w:r>
    </w:p>
    <w:p>
      <w:r>
        <w:t>Matched transcript</w:t>
      </w:r>
    </w:p>
    <w:p>
      <w:r>
        <w:t>universe, an astronomical marvel stretching about 93 billion light-years in diameter. This begs a fascinating question. If the universe is only 13.8 billion years old, how can it be so vast?</w:t>
      </w:r>
    </w:p>
    <w:p>
      <w:pPr>
        <w:pStyle w:val="Heading2"/>
      </w:pPr>
      <w:r>
        <w:t>Fragment 109</w:t>
      </w:r>
    </w:p>
    <w:p>
      <w:r>
        <w:t>Time range: 10:08 - 10:14</w:t>
      </w:r>
    </w:p>
    <w:p>
      <w:r>
        <w:drawing>
          <wp:inline xmlns:a="http://schemas.openxmlformats.org/drawingml/2006/main" xmlns:pic="http://schemas.openxmlformats.org/drawingml/2006/picture">
            <wp:extent cx="5669280" cy="3188970"/>
            <wp:docPr id="109" name="Picture 109"/>
            <wp:cNvGraphicFramePr>
              <a:graphicFrameLocks noChangeAspect="1"/>
            </wp:cNvGraphicFramePr>
            <a:graphic>
              <a:graphicData uri="http://schemas.openxmlformats.org/drawingml/2006/picture">
                <pic:pic>
                  <pic:nvPicPr>
                    <pic:cNvPr id="0" name="slide_109.jpg"/>
                    <pic:cNvPicPr/>
                  </pic:nvPicPr>
                  <pic:blipFill>
                    <a:blip r:embed="rId117"/>
                    <a:stretch>
                      <a:fillRect/>
                    </a:stretch>
                  </pic:blipFill>
                  <pic:spPr>
                    <a:xfrm>
                      <a:off x="0" y="0"/>
                      <a:ext cx="5669280" cy="3188970"/>
                    </a:xfrm>
                    <a:prstGeom prst="rect"/>
                  </pic:spPr>
                </pic:pic>
              </a:graphicData>
            </a:graphic>
          </wp:inline>
        </w:drawing>
      </w:r>
    </w:p>
    <w:p>
      <w:r>
        <w:t>Matched transcript</w:t>
      </w:r>
    </w:p>
    <w:p>
      <w:r>
        <w:t>If the universe is only 13.8 billion years old, how can it be so vast? The answer lies in the nature of cosmic expansion.</w:t>
      </w:r>
    </w:p>
    <w:p>
      <w:pPr>
        <w:pStyle w:val="Heading2"/>
      </w:pPr>
      <w:r>
        <w:t>Fragment 110</w:t>
      </w:r>
    </w:p>
    <w:p>
      <w:r>
        <w:t>Time range: 10:14 - 10:17</w:t>
      </w:r>
    </w:p>
    <w:p>
      <w:r>
        <w:drawing>
          <wp:inline xmlns:a="http://schemas.openxmlformats.org/drawingml/2006/main" xmlns:pic="http://schemas.openxmlformats.org/drawingml/2006/picture">
            <wp:extent cx="5669280" cy="3188970"/>
            <wp:docPr id="110" name="Picture 110"/>
            <wp:cNvGraphicFramePr>
              <a:graphicFrameLocks noChangeAspect="1"/>
            </wp:cNvGraphicFramePr>
            <a:graphic>
              <a:graphicData uri="http://schemas.openxmlformats.org/drawingml/2006/picture">
                <pic:pic>
                  <pic:nvPicPr>
                    <pic:cNvPr id="0" name="slide_110.jpg"/>
                    <pic:cNvPicPr/>
                  </pic:nvPicPr>
                  <pic:blipFill>
                    <a:blip r:embed="rId118"/>
                    <a:stretch>
                      <a:fillRect/>
                    </a:stretch>
                  </pic:blipFill>
                  <pic:spPr>
                    <a:xfrm>
                      <a:off x="0" y="0"/>
                      <a:ext cx="5669280" cy="3188970"/>
                    </a:xfrm>
                    <a:prstGeom prst="rect"/>
                  </pic:spPr>
                </pic:pic>
              </a:graphicData>
            </a:graphic>
          </wp:inline>
        </w:drawing>
      </w:r>
    </w:p>
    <w:p>
      <w:r>
        <w:t>Matched transcript</w:t>
      </w:r>
    </w:p>
    <w:p>
      <w:r>
        <w:t>The answer lies in the nature of cosmic expansion. The universe has been expanding since the Big Bang, stretching space and increasing distances</w:t>
      </w:r>
    </w:p>
    <w:p>
      <w:pPr>
        <w:pStyle w:val="Heading2"/>
      </w:pPr>
      <w:r>
        <w:t>Fragment 111</w:t>
      </w:r>
    </w:p>
    <w:p>
      <w:r>
        <w:t>Time range: 10:17 - 10:23</w:t>
      </w:r>
    </w:p>
    <w:p>
      <w:r>
        <w:drawing>
          <wp:inline xmlns:a="http://schemas.openxmlformats.org/drawingml/2006/main" xmlns:pic="http://schemas.openxmlformats.org/drawingml/2006/picture">
            <wp:extent cx="5669280" cy="3188970"/>
            <wp:docPr id="111" name="Picture 111"/>
            <wp:cNvGraphicFramePr>
              <a:graphicFrameLocks noChangeAspect="1"/>
            </wp:cNvGraphicFramePr>
            <a:graphic>
              <a:graphicData uri="http://schemas.openxmlformats.org/drawingml/2006/picture">
                <pic:pic>
                  <pic:nvPicPr>
                    <pic:cNvPr id="0" name="slide_111.jpg"/>
                    <pic:cNvPicPr/>
                  </pic:nvPicPr>
                  <pic:blipFill>
                    <a:blip r:embed="rId119"/>
                    <a:stretch>
                      <a:fillRect/>
                    </a:stretch>
                  </pic:blipFill>
                  <pic:spPr>
                    <a:xfrm>
                      <a:off x="0" y="0"/>
                      <a:ext cx="5669280" cy="3188970"/>
                    </a:xfrm>
                    <a:prstGeom prst="rect"/>
                  </pic:spPr>
                </pic:pic>
              </a:graphicData>
            </a:graphic>
          </wp:inline>
        </w:drawing>
      </w:r>
    </w:p>
    <w:p>
      <w:r>
        <w:t>Matched transcript</w:t>
      </w:r>
    </w:p>
    <w:p>
      <w:r>
        <w:t>The universe has been expanding since the Big Bang, stretching space and increasing distances between celestial bodies.</w:t>
      </w:r>
    </w:p>
    <w:p>
      <w:pPr>
        <w:pStyle w:val="Heading2"/>
      </w:pPr>
      <w:r>
        <w:t>Fragment 112</w:t>
      </w:r>
    </w:p>
    <w:p>
      <w:r>
        <w:t>Time range: 10:23 - 10:29</w:t>
      </w:r>
    </w:p>
    <w:p>
      <w:r>
        <w:drawing>
          <wp:inline xmlns:a="http://schemas.openxmlformats.org/drawingml/2006/main" xmlns:pic="http://schemas.openxmlformats.org/drawingml/2006/picture">
            <wp:extent cx="5669280" cy="3188970"/>
            <wp:docPr id="112" name="Picture 112"/>
            <wp:cNvGraphicFramePr>
              <a:graphicFrameLocks noChangeAspect="1"/>
            </wp:cNvGraphicFramePr>
            <a:graphic>
              <a:graphicData uri="http://schemas.openxmlformats.org/drawingml/2006/picture">
                <pic:pic>
                  <pic:nvPicPr>
                    <pic:cNvPr id="0" name="slide_112.jpg"/>
                    <pic:cNvPicPr/>
                  </pic:nvPicPr>
                  <pic:blipFill>
                    <a:blip r:embed="rId120"/>
                    <a:stretch>
                      <a:fillRect/>
                    </a:stretch>
                  </pic:blipFill>
                  <pic:spPr>
                    <a:xfrm>
                      <a:off x="0" y="0"/>
                      <a:ext cx="5669280" cy="3188970"/>
                    </a:xfrm>
                    <a:prstGeom prst="rect"/>
                  </pic:spPr>
                </pic:pic>
              </a:graphicData>
            </a:graphic>
          </wp:inline>
        </w:drawing>
      </w:r>
    </w:p>
    <w:p>
      <w:r>
        <w:t>Matched transcript</w:t>
      </w:r>
    </w:p>
    <w:p>
      <w:r>
        <w:t>between celestial bodies. But what lies beyond the observable universe? This remains one of the greatest mysteries of cosmology.</w:t>
      </w:r>
    </w:p>
    <w:p>
      <w:pPr>
        <w:pStyle w:val="Heading2"/>
      </w:pPr>
      <w:r>
        <w:t>Fragment 113</w:t>
      </w:r>
    </w:p>
    <w:p>
      <w:r>
        <w:t>Time range: 10:29 - 10:35</w:t>
      </w:r>
    </w:p>
    <w:p>
      <w:r>
        <w:drawing>
          <wp:inline xmlns:a="http://schemas.openxmlformats.org/drawingml/2006/main" xmlns:pic="http://schemas.openxmlformats.org/drawingml/2006/picture">
            <wp:extent cx="5669280" cy="3188970"/>
            <wp:docPr id="113" name="Picture 113"/>
            <wp:cNvGraphicFramePr>
              <a:graphicFrameLocks noChangeAspect="1"/>
            </wp:cNvGraphicFramePr>
            <a:graphic>
              <a:graphicData uri="http://schemas.openxmlformats.org/drawingml/2006/picture">
                <pic:pic>
                  <pic:nvPicPr>
                    <pic:cNvPr id="0" name="slide_113.jpg"/>
                    <pic:cNvPicPr/>
                  </pic:nvPicPr>
                  <pic:blipFill>
                    <a:blip r:embed="rId121"/>
                    <a:stretch>
                      <a:fillRect/>
                    </a:stretch>
                  </pic:blipFill>
                  <pic:spPr>
                    <a:xfrm>
                      <a:off x="0" y="0"/>
                      <a:ext cx="5669280" cy="3188970"/>
                    </a:xfrm>
                    <a:prstGeom prst="rect"/>
                  </pic:spPr>
                </pic:pic>
              </a:graphicData>
            </a:graphic>
          </wp:inline>
        </w:drawing>
      </w:r>
    </w:p>
    <w:p>
      <w:r>
        <w:t>Matched transcript</w:t>
      </w:r>
    </w:p>
    <w:p>
      <w:r>
        <w:t>This remains one of the greatest mysteries of cosmology. Some regions of space are expanding away from us faster than the speed of light, placing</w:t>
      </w:r>
    </w:p>
    <w:p>
      <w:pPr>
        <w:pStyle w:val="Heading2"/>
      </w:pPr>
      <w:r>
        <w:t>Fragment 114</w:t>
      </w:r>
    </w:p>
    <w:p>
      <w:r>
        <w:t>Time range: 10:35 - 10:41</w:t>
      </w:r>
    </w:p>
    <w:p>
      <w:r>
        <w:drawing>
          <wp:inline xmlns:a="http://schemas.openxmlformats.org/drawingml/2006/main" xmlns:pic="http://schemas.openxmlformats.org/drawingml/2006/picture">
            <wp:extent cx="5669280" cy="3188970"/>
            <wp:docPr id="114" name="Picture 114"/>
            <wp:cNvGraphicFramePr>
              <a:graphicFrameLocks noChangeAspect="1"/>
            </wp:cNvGraphicFramePr>
            <a:graphic>
              <a:graphicData uri="http://schemas.openxmlformats.org/drawingml/2006/picture">
                <pic:pic>
                  <pic:nvPicPr>
                    <pic:cNvPr id="0" name="slide_114.jpg"/>
                    <pic:cNvPicPr/>
                  </pic:nvPicPr>
                  <pic:blipFill>
                    <a:blip r:embed="rId122"/>
                    <a:stretch>
                      <a:fillRect/>
                    </a:stretch>
                  </pic:blipFill>
                  <pic:spPr>
                    <a:xfrm>
                      <a:off x="0" y="0"/>
                      <a:ext cx="5669280" cy="3188970"/>
                    </a:xfrm>
                    <a:prstGeom prst="rect"/>
                  </pic:spPr>
                </pic:pic>
              </a:graphicData>
            </a:graphic>
          </wp:inline>
        </w:drawing>
      </w:r>
    </w:p>
    <w:p>
      <w:r>
        <w:t>Matched transcript</w:t>
      </w:r>
    </w:p>
    <w:p>
      <w:r>
        <w:t>Some regions of space are expanding away from us faster than the speed of light, placing them forever out of our view. Consequently, the true size of the entire universe remains unknown and potentially infinite.</w:t>
      </w:r>
    </w:p>
    <w:p>
      <w:pPr>
        <w:pStyle w:val="Heading2"/>
      </w:pPr>
      <w:r>
        <w:t>Fragment 115</w:t>
      </w:r>
    </w:p>
    <w:p>
      <w:r>
        <w:t>Time range: 10:41 - 10:51</w:t>
      </w:r>
    </w:p>
    <w:p>
      <w:r>
        <w:drawing>
          <wp:inline xmlns:a="http://schemas.openxmlformats.org/drawingml/2006/main" xmlns:pic="http://schemas.openxmlformats.org/drawingml/2006/picture">
            <wp:extent cx="5669280" cy="3188970"/>
            <wp:docPr id="115" name="Picture 115"/>
            <wp:cNvGraphicFramePr>
              <a:graphicFrameLocks noChangeAspect="1"/>
            </wp:cNvGraphicFramePr>
            <a:graphic>
              <a:graphicData uri="http://schemas.openxmlformats.org/drawingml/2006/picture">
                <pic:pic>
                  <pic:nvPicPr>
                    <pic:cNvPr id="0" name="slide_115.jpg"/>
                    <pic:cNvPicPr/>
                  </pic:nvPicPr>
                  <pic:blipFill>
                    <a:blip r:embed="rId123"/>
                    <a:stretch>
                      <a:fillRect/>
                    </a:stretch>
                  </pic:blipFill>
                  <pic:spPr>
                    <a:xfrm>
                      <a:off x="0" y="0"/>
                      <a:ext cx="5669280" cy="3188970"/>
                    </a:xfrm>
                    <a:prstGeom prst="rect"/>
                  </pic:spPr>
                </pic:pic>
              </a:graphicData>
            </a:graphic>
          </wp:inline>
        </w:drawing>
      </w:r>
    </w:p>
    <w:p>
      <w:r>
        <w:t>Matched transcript</w:t>
      </w:r>
    </w:p>
    <w:p>
      <w:r>
        <w:t>Consequently, the true size of the entire universe remains unknown and potentially infinite. The observable universe, vast as it is, might just be a tiny fragment of the entire cosmic expanse.</w:t>
      </w:r>
    </w:p>
    <w:p>
      <w:pPr>
        <w:pStyle w:val="Heading2"/>
      </w:pPr>
      <w:r>
        <w:t>Fragment 116</w:t>
      </w:r>
    </w:p>
    <w:p>
      <w:r>
        <w:t>Time range: 10:51 - 10:54</w:t>
      </w:r>
    </w:p>
    <w:p>
      <w:r>
        <w:drawing>
          <wp:inline xmlns:a="http://schemas.openxmlformats.org/drawingml/2006/main" xmlns:pic="http://schemas.openxmlformats.org/drawingml/2006/picture">
            <wp:extent cx="5669280" cy="3188970"/>
            <wp:docPr id="116" name="Picture 116"/>
            <wp:cNvGraphicFramePr>
              <a:graphicFrameLocks noChangeAspect="1"/>
            </wp:cNvGraphicFramePr>
            <a:graphic>
              <a:graphicData uri="http://schemas.openxmlformats.org/drawingml/2006/picture">
                <pic:pic>
                  <pic:nvPicPr>
                    <pic:cNvPr id="0" name="slide_116.jpg"/>
                    <pic:cNvPicPr/>
                  </pic:nvPicPr>
                  <pic:blipFill>
                    <a:blip r:embed="rId124"/>
                    <a:stretch>
                      <a:fillRect/>
                    </a:stretch>
                  </pic:blipFill>
                  <pic:spPr>
                    <a:xfrm>
                      <a:off x="0" y="0"/>
                      <a:ext cx="5669280" cy="3188970"/>
                    </a:xfrm>
                    <a:prstGeom prst="rect"/>
                  </pic:spPr>
                </pic:pic>
              </a:graphicData>
            </a:graphic>
          </wp:inline>
        </w:drawing>
      </w:r>
    </w:p>
    <w:p>
      <w:r>
        <w:t>Matched transcript</w:t>
      </w:r>
    </w:p>
    <w:p>
      <w:r>
        <w:t>expanse. We are left with the humbling realization that there might always be regions of space, entire</w:t>
      </w:r>
    </w:p>
    <w:p>
      <w:pPr>
        <w:pStyle w:val="Heading2"/>
      </w:pPr>
      <w:r>
        <w:t>Fragment 117</w:t>
      </w:r>
    </w:p>
    <w:p>
      <w:r>
        <w:t>Time range: 10:54 - 10:57</w:t>
      </w:r>
    </w:p>
    <w:p>
      <w:r>
        <w:drawing>
          <wp:inline xmlns:a="http://schemas.openxmlformats.org/drawingml/2006/main" xmlns:pic="http://schemas.openxmlformats.org/drawingml/2006/picture">
            <wp:extent cx="5669280" cy="3188970"/>
            <wp:docPr id="117" name="Picture 117"/>
            <wp:cNvGraphicFramePr>
              <a:graphicFrameLocks noChangeAspect="1"/>
            </wp:cNvGraphicFramePr>
            <a:graphic>
              <a:graphicData uri="http://schemas.openxmlformats.org/drawingml/2006/picture">
                <pic:pic>
                  <pic:nvPicPr>
                    <pic:cNvPr id="0" name="slide_117.jpg"/>
                    <pic:cNvPicPr/>
                  </pic:nvPicPr>
                  <pic:blipFill>
                    <a:blip r:embed="rId125"/>
                    <a:stretch>
                      <a:fillRect/>
                    </a:stretch>
                  </pic:blipFill>
                  <pic:spPr>
                    <a:xfrm>
                      <a:off x="0" y="0"/>
                      <a:ext cx="5669280" cy="3188970"/>
                    </a:xfrm>
                    <a:prstGeom prst="rect"/>
                  </pic:spPr>
                </pic:pic>
              </a:graphicData>
            </a:graphic>
          </wp:inline>
        </w:drawing>
      </w:r>
    </w:p>
    <w:p>
      <w:r>
        <w:t>Matched transcript</w:t>
      </w:r>
    </w:p>
    <w:p>
      <w:r>
        <w:t>We are left with the humbling realization that there might always be regions of space, entire</w:t>
      </w:r>
    </w:p>
    <w:p>
      <w:pPr>
        <w:pStyle w:val="Heading2"/>
      </w:pPr>
      <w:r>
        <w:t>Fragment 118</w:t>
      </w:r>
    </w:p>
    <w:p>
      <w:r>
        <w:t>Time range: 10:57 - 11:03</w:t>
      </w:r>
    </w:p>
    <w:p>
      <w:r>
        <w:drawing>
          <wp:inline xmlns:a="http://schemas.openxmlformats.org/drawingml/2006/main" xmlns:pic="http://schemas.openxmlformats.org/drawingml/2006/picture">
            <wp:extent cx="5669280" cy="3188970"/>
            <wp:docPr id="118" name="Picture 118"/>
            <wp:cNvGraphicFramePr>
              <a:graphicFrameLocks noChangeAspect="1"/>
            </wp:cNvGraphicFramePr>
            <a:graphic>
              <a:graphicData uri="http://schemas.openxmlformats.org/drawingml/2006/picture">
                <pic:pic>
                  <pic:nvPicPr>
                    <pic:cNvPr id="0" name="slide_118.jpg"/>
                    <pic:cNvPicPr/>
                  </pic:nvPicPr>
                  <pic:blipFill>
                    <a:blip r:embed="rId126"/>
                    <a:stretch>
                      <a:fillRect/>
                    </a:stretch>
                  </pic:blipFill>
                  <pic:spPr>
                    <a:xfrm>
                      <a:off x="0" y="0"/>
                      <a:ext cx="5669280" cy="3188970"/>
                    </a:xfrm>
                    <a:prstGeom prst="rect"/>
                  </pic:spPr>
                </pic:pic>
              </a:graphicData>
            </a:graphic>
          </wp:inline>
        </w:drawing>
      </w:r>
    </w:p>
    <w:p>
      <w:r>
        <w:t>Matched transcript</w:t>
      </w:r>
    </w:p>
    <w:p>
      <w:r>
        <w:t>We are left with the humbling realization that there might always be regions of space, entire galaxies and wonders that we will never witness as they retreat endlessly into the depths</w:t>
      </w:r>
    </w:p>
    <w:p>
      <w:pPr>
        <w:pStyle w:val="Heading2"/>
      </w:pPr>
      <w:r>
        <w:t>Fragment 119</w:t>
      </w:r>
    </w:p>
    <w:p>
      <w:r>
        <w:t>Time range: 11:03 - 11:09</w:t>
      </w:r>
    </w:p>
    <w:p>
      <w:r>
        <w:drawing>
          <wp:inline xmlns:a="http://schemas.openxmlformats.org/drawingml/2006/main" xmlns:pic="http://schemas.openxmlformats.org/drawingml/2006/picture">
            <wp:extent cx="5669280" cy="3188970"/>
            <wp:docPr id="119" name="Picture 119"/>
            <wp:cNvGraphicFramePr>
              <a:graphicFrameLocks noChangeAspect="1"/>
            </wp:cNvGraphicFramePr>
            <a:graphic>
              <a:graphicData uri="http://schemas.openxmlformats.org/drawingml/2006/picture">
                <pic:pic>
                  <pic:nvPicPr>
                    <pic:cNvPr id="0" name="slide_119.jpg"/>
                    <pic:cNvPicPr/>
                  </pic:nvPicPr>
                  <pic:blipFill>
                    <a:blip r:embed="rId127"/>
                    <a:stretch>
                      <a:fillRect/>
                    </a:stretch>
                  </pic:blipFill>
                  <pic:spPr>
                    <a:xfrm>
                      <a:off x="0" y="0"/>
                      <a:ext cx="5669280" cy="3188970"/>
                    </a:xfrm>
                    <a:prstGeom prst="rect"/>
                  </pic:spPr>
                </pic:pic>
              </a:graphicData>
            </a:graphic>
          </wp:inline>
        </w:drawing>
      </w:r>
    </w:p>
    <w:p>
      <w:r>
        <w:t>Matched transcript</w:t>
      </w:r>
    </w:p>
    <w:p>
      <w:r>
        <w:t>galaxies and wonders that we will never witness as they retreat endlessly into the depths of the ever-expanding universe.</w:t>
      </w:r>
    </w:p>
    <w:p>
      <w:pPr>
        <w:pStyle w:val="Heading2"/>
      </w:pPr>
      <w:r>
        <w:t>Fragment 120</w:t>
      </w:r>
    </w:p>
    <w:p>
      <w:r>
        <w:t>Time range: 11:09 - 11:09</w:t>
      </w:r>
    </w:p>
    <w:p>
      <w:r>
        <w:drawing>
          <wp:inline xmlns:a="http://schemas.openxmlformats.org/drawingml/2006/main" xmlns:pic="http://schemas.openxmlformats.org/drawingml/2006/picture">
            <wp:extent cx="5669280" cy="3188970"/>
            <wp:docPr id="120" name="Picture 120"/>
            <wp:cNvGraphicFramePr>
              <a:graphicFrameLocks noChangeAspect="1"/>
            </wp:cNvGraphicFramePr>
            <a:graphic>
              <a:graphicData uri="http://schemas.openxmlformats.org/drawingml/2006/picture">
                <pic:pic>
                  <pic:nvPicPr>
                    <pic:cNvPr id="0" name="slide_120.jpg"/>
                    <pic:cNvPicPr/>
                  </pic:nvPicPr>
                  <pic:blipFill>
                    <a:blip r:embed="rId128"/>
                    <a:stretch>
                      <a:fillRect/>
                    </a:stretch>
                  </pic:blipFill>
                  <pic:spPr>
                    <a:xfrm>
                      <a:off x="0" y="0"/>
                      <a:ext cx="5669280" cy="3188970"/>
                    </a:xfrm>
                    <a:prstGeom prst="rect"/>
                  </pic:spPr>
                </pic:pic>
              </a:graphicData>
            </a:graphic>
          </wp:inline>
        </w:drawing>
      </w:r>
    </w:p>
    <w:p>
      <w:r>
        <w:t>Matched transcript</w:t>
      </w:r>
    </w:p>
    <w:p>
      <w:r>
        <w:t>No transcript was available for this time range.</w:t>
      </w:r>
    </w:p>
    <w:p>
      <w:pPr>
        <w:pStyle w:val="Heading2"/>
      </w:pPr>
      <w:r>
        <w:t>Full Transcript</w:t>
      </w:r>
    </w:p>
    <w:p>
      <w:r>
        <w:t>Language: English</w:t>
      </w:r>
    </w:p>
    <w:p>
      <w:r>
        <w:t>Duration: 11 min 9 sec</w:t>
      </w:r>
    </w:p>
    <w:p>
      <w:r>
        <w:t>Transcript quality: timestamped</w:t>
      </w:r>
    </w:p>
    <w:p>
      <w:r>
        <w:t>The transcript includes timestamps and has been matched under the corresponding image by time range.</w:t>
      </w:r>
    </w:p>
    <w:p>
      <w:r>
        <w:rPr>
          <w:b/>
        </w:rPr>
        <w:t>00:00 - 00:40</w:t>
        <w:br/>
      </w:r>
      <w:r>
        <w:t>No. No, the rest would have got to be Mr. Bright, but he is certainly Mr. Seuss. The blue chase will meet with that star Jim Clancy for a couple of weeks. Earth. Our home planet. A tiny blue dot floating in the immense cosmic ocean. Here resides everyone you ever knew. Every human who ever lived. Every story that was ever told. It's where our journey begins. But as we zoom out, beyond our atmosphere, past the moon, beyond the familiar planets and the sun, we embark on an epic quest, a quest to grasp the true scale of our universe. As we leave Earth's embrace, the first marker</w:t>
      </w:r>
    </w:p>
    <w:p>
      <w:r>
        <w:rPr>
          <w:b/>
        </w:rPr>
        <w:t>00:40 - 01:25</w:t>
        <w:br/>
      </w:r>
      <w:r>
        <w:t>on our cosmic journey is the moon, about 384,400 kilometers away, a distance so vast that if you were to drive a car at a constant speed of 100 kilometers per hour, it would take you over 160 days to reach it. And from this lunar vantage point, Earth appears as a fragile sphere of blues and greens, cradled in the black void of space, a sight that puts our existence into a humbling perspective. This is Earth as seen from the moon. As we continue our outward journey, the next milestone is the sun, lying approximately one astronomical unit away from Earth. This unit, equivalent to about 150 million kilometers,</w:t>
      </w:r>
    </w:p>
    <w:p>
      <w:r>
        <w:rPr>
          <w:b/>
        </w:rPr>
        <w:t>01:25 - 02:05</w:t>
        <w:br/>
      </w:r>
      <w:r>
        <w:t>is the standard measuring stick for distances in our solar system. Imagine this. Light, traveling at an astounding speed of 300,000 kilometers per second, takes about 8 minutes and 20 seconds to journey from the sun to Earth. If you were to travel this distance in a commercial jet, flying at 900 kilometers per hour, it would take you about 19 years. This immense distance is a stark reminder of the vastness of space, even within our own solar system. The Sun, a fiery behemoth, provides life-sustaining energy to our planet from this incredible distance. Venturing beyond our home planet and its solar</w:t>
      </w:r>
    </w:p>
    <w:p>
      <w:r>
        <w:rPr>
          <w:b/>
        </w:rPr>
        <w:t>02:05 - 02:41</w:t>
        <w:br/>
      </w:r>
      <w:r>
        <w:t>companion, the Sun, we set our sights on Mars, our enigmatic red neighbor. Mars, at its closest approached to Earth is about 54.6 million kilometers away. However, this distance can stretch up to 401 million kilometers when the two planets are on opposite sides of the Sun. To put that in perspective, traveling to Mars at the speed of a commercial jet would take upwards of 50 years. This vast expanse of space between Earth and Mars has been a significant challenge for space exploration. The rovers and probes we have sent to the</w:t>
      </w:r>
    </w:p>
    <w:p>
      <w:r>
        <w:rPr>
          <w:b/>
        </w:rPr>
        <w:t>02:41 - 03:20</w:t>
        <w:br/>
      </w:r>
      <w:r>
        <w:t>red planet embark on a journey that is not just far but fraught with complexities due to the constantly changing distances and orbital dynamics As we journey to the outermost reaches of our solar system, we encounter Neptune, the distant ice giant. Lying roughly 4.5 billion kilometers from Earth, Neptune marks the edge of our solar neighborhood. Sunlight, racing across the vacuum of space takes about 4 hours and 15 minutes to reach Neptune from the Sun. This staggering distance showcases the enormity of our solar system.</w:t>
      </w:r>
    </w:p>
    <w:p>
      <w:r>
        <w:rPr>
          <w:b/>
        </w:rPr>
        <w:t>03:20 - 04:04</w:t>
        <w:br/>
      </w:r>
      <w:r>
        <w:t>Launched in 1977, the Voyager 1 space probe represents humanity's insatiable curiosity and our desire to explore beyond known boundaries. As of now, Voyager 1 has traveled for over four decades, covering a staggering distance of more than 22 billion kilometers from Earth. It's the farthest human-made object from our planet, a silent wanderer in the cosmic sea. In 1990, at the suggestion of the renowned astronomer Carl Sagan, Voyager 1 turned its camera back towards Earth for one final photograph. This resulted in the iconic pale blue dot image. At a distance of about 6 billion kilometers from Earth, our planet appeared as a tiny,</w:t>
      </w:r>
    </w:p>
    <w:p>
      <w:r>
        <w:rPr>
          <w:b/>
        </w:rPr>
        <w:t>04:04 - 04:48</w:t>
        <w:br/>
      </w:r>
      <w:r>
        <w:t>faint dot in the vastness of space. Sagan poetically reflected on this image, emphasizing our responsibility to cherish and preserve our only home, a small speck in the immense universe. At the very fringes of our solar system lies the Oort cloud, a vast theoretical sphere of icy objects. This distant cloud is thought to extend up to a staggering 100,000 astronomical units from the Sun. That's about 1.9 light-years, a distance so immense that it's on the cusp of interstellar space. Scientists determine the boundary of interstellar space, known as the heliopause, where the Sun's solar wind is stopped by the interstellar medium.</w:t>
      </w:r>
    </w:p>
    <w:p>
      <w:r>
        <w:rPr>
          <w:b/>
        </w:rPr>
        <w:t>04:48 - 05:28</w:t>
        <w:br/>
      </w:r>
      <w:r>
        <w:t>This is where the influence of our sun ceases and the vast realm of interstellar space begins. The Oort cloud represents the final frontier of our solar system, a boundary zone where the sun's influence wanes and the cosmic journey into the galaxy truly begins. As we venture beyond the confines of our solar system, our next point of interest is Alpha Centauri, the closest star system to our Sun. Located about 41.3 trillion kilometers away, this distance is equivalent to over 276,000 astronomical units. At such colossal distances,</w:t>
      </w:r>
    </w:p>
    <w:p>
      <w:r>
        <w:rPr>
          <w:b/>
        </w:rPr>
        <w:t>05:28 - 06:09</w:t>
        <w:br/>
      </w:r>
      <w:r>
        <w:t>the AU a measure so convenient within our solar system begins to lose its practicality Hence astronomers use the light year the distance light travels in one year for interstellar measurements Alpha Centauri is about 4.4 light years away from us. Considering our current space travel technology, a journey to Alpha Centauri is almost unfathomable. For instance, the Voyager spacecraft, traveling at about 17 kilometers per second, would take over 70,000 years to reach this neighboring star system. This immense distance underscores the vastness of space that separates the stars and highlights the challenges of interstellar travel.</w:t>
      </w:r>
    </w:p>
    <w:p>
      <w:r>
        <w:rPr>
          <w:b/>
        </w:rPr>
        <w:t>06:10 - 06:52</w:t>
        <w:br/>
      </w:r>
      <w:r>
        <w:t>Our journey now takes us to the grand scale of our home galaxy, the Milky Way. Spanning about 100,000 light-years in diameter, this vast spiral galaxy is home to hundreds of billions of stars, each potentially hosting their own planetary systems. Within this immense structure, there's a tiny sphere known as the human radio bubble, extending about 100 light-years from Earth. This bubble represents the farthest extent of human influence in the cosmos, the reach of our radio and television broadcasts into space. Beyond this bubble, it's as if humanity never existed. Any civilizations residing in the vast majority of our galaxy would be oblivious to our presence,</w:t>
      </w:r>
    </w:p>
    <w:p>
      <w:r>
        <w:rPr>
          <w:b/>
        </w:rPr>
        <w:t>06:53 - 07:34</w:t>
        <w:br/>
      </w:r>
      <w:r>
        <w:t>given that our signals haven't reached them yet. The scale of the Milky Way is so vast that our entire recorded history is but a whisper in the cosmic wind, undetectable beyond this small bubble. As we leave the Milky Way, we enter the vast, almost incomprehensible realm of intergalactic space. Here, galaxies float in the cosmic ocean, separated by mind-boggling distances. Our galaxy is part of a small cosmic neighborhood known as the Local Group, a cluster of more than 50 galaxies spread across approximately 10 million light-years. The Local Group is a diverse assembly, including not just spiral galaxies like the Milky Way</w:t>
      </w:r>
    </w:p>
    <w:p>
      <w:r>
        <w:rPr>
          <w:b/>
        </w:rPr>
        <w:t>07:34 - 08:12</w:t>
        <w:br/>
      </w:r>
      <w:r>
        <w:t>and Andromeda, but also a multitude of smaller dwarf galaxies. The distances here are so vast that light from one end of the local group to the other would take 10 million years to traverse. This scale dwarfs anything within our own galaxy, underscoring the enormity of the universe. Intergalactic space is a silent expanse, a vast wilderness between the islands of galactic light. In this immense void, our galaxy, home to our entire history, is just a tiny speck among a single story in the grand cosmic library. As we extend our cosmic gaze beyond the local</w:t>
      </w:r>
    </w:p>
    <w:p>
      <w:r>
        <w:rPr>
          <w:b/>
        </w:rPr>
        <w:t>08:12 - 08:56</w:t>
        <w:br/>
      </w:r>
      <w:r>
        <w:t>group we encounter the colossal Virgo supercluster an immense collection of galaxy groups and clusters including our own local group Encompassing a region of space about 110 million light in diameter or 33 megaparsecs the Virgo supercluster is a titanic structure in the universe, containing thousands of galaxies from at least 100 galaxy groups and clusters, each with their own myriad stars and planets. As we journey outward from the Virgo supercluster, we arrive at an even more staggering cosmic structure, the Laniakia supercluster. This immense congregation of galaxies, which includes the Virgo supercluster and extends over 500 million</w:t>
      </w:r>
    </w:p>
    <w:p>
      <w:r>
        <w:rPr>
          <w:b/>
        </w:rPr>
        <w:t>08:56 - 09:35</w:t>
        <w:br/>
      </w:r>
      <w:r>
        <w:t>light-years, is our galactic home on a grand scale. Laniakia, meaning immense heaven in Hawaiian, truly lives up to its name. Containing the mass of 100 million billion suns, Laniakia is a gravitational masterpiece with galaxy clusters, superclusters, and countless celestial bodies bound in a cosmic web of attraction and motion. At the heart of Laniachia lies the Great Attractor, a mysterious region of space that exerts a massive gravitational pull on the galaxies within this supercluster. In this vast expanse, our Milky Way, the entire local group, and even</w:t>
      </w:r>
    </w:p>
    <w:p>
      <w:r>
        <w:rPr>
          <w:b/>
        </w:rPr>
        <w:t>09:35 - 10:16</w:t>
        <w:br/>
      </w:r>
      <w:r>
        <w:t>the Virgo supercluster are just tiny components of this gigantic structure. Laniakia provides a profound context for our existence. In this immense supercluster, we are part of something far greater and more majestic than we can fully comprehend. As we reach the boundaries of our cosmic exploration, we encounter the limits of the observable universe, an astronomical marvel stretching about 93 billion light-years in diameter. This begs a fascinating question. If the universe is only 13.8 billion years old, how can it be so vast? The answer lies in the nature of cosmic expansion.</w:t>
      </w:r>
    </w:p>
    <w:p>
      <w:r>
        <w:rPr>
          <w:b/>
        </w:rPr>
        <w:t>10:16 - 10:57</w:t>
        <w:br/>
      </w:r>
      <w:r>
        <w:t>The universe has been expanding since the Big Bang, stretching space and increasing distances between celestial bodies. But what lies beyond the observable universe? This remains one of the greatest mysteries of cosmology. Some regions of space are expanding away from us faster than the speed of light, placing them forever out of our view. Consequently, the true size of the entire universe remains unknown and potentially infinite. The observable universe, vast as it is, might just be a tiny fragment of the entire cosmic expanse. We are left with the humbling realization that there might always be regions of space, entire</w:t>
      </w:r>
    </w:p>
    <w:p>
      <w:r>
        <w:rPr>
          <w:b/>
        </w:rPr>
        <w:t>10:57 - 11:04</w:t>
        <w:br/>
      </w:r>
      <w:r>
        <w:t>galaxies and wonders that we will never witness as they retreat endlessly into the depths of the ever-expanding universe.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